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CAAAF2" w14:textId="77777777" w:rsidR="00E9672F" w:rsidRPr="002D2913" w:rsidRDefault="00E7654F" w:rsidP="002D2913">
      <w:pPr>
        <w:spacing w:after="0"/>
        <w:jc w:val="center"/>
        <w:rPr>
          <w:rFonts w:cs="Times New Roman"/>
          <w:sz w:val="22"/>
        </w:rPr>
      </w:pPr>
      <w:r w:rsidRPr="002D2913">
        <w:rPr>
          <w:rFonts w:cs="Times New Roman"/>
          <w:b/>
          <w:sz w:val="22"/>
        </w:rPr>
        <w:t>FATSA BELEDİYE BAŞKANLIĞINDAN İHALE İLANI</w:t>
      </w:r>
    </w:p>
    <w:p w14:paraId="260CD50A" w14:textId="10E0F1C5" w:rsidR="00E7654F" w:rsidRPr="002D2913" w:rsidRDefault="00E7654F" w:rsidP="002D2913">
      <w:pPr>
        <w:pStyle w:val="x1yc453h"/>
        <w:shd w:val="clear" w:color="auto" w:fill="FFFFFF"/>
        <w:spacing w:after="0" w:afterAutospacing="0"/>
        <w:jc w:val="both"/>
        <w:rPr>
          <w:color w:val="0D0D0D"/>
          <w:sz w:val="22"/>
          <w:szCs w:val="22"/>
        </w:rPr>
      </w:pPr>
      <w:r w:rsidRPr="002D2913">
        <w:rPr>
          <w:color w:val="0D0D0D"/>
          <w:sz w:val="22"/>
          <w:szCs w:val="22"/>
        </w:rPr>
        <w:t>Mülkiyeti Fatsa Belediye Başkanlığına ait </w:t>
      </w:r>
      <w:r w:rsidRPr="002D2913">
        <w:rPr>
          <w:rStyle w:val="Gl"/>
          <w:color w:val="0D0D0D"/>
          <w:sz w:val="22"/>
          <w:szCs w:val="22"/>
        </w:rPr>
        <w:t xml:space="preserve">1998 model CAT marka </w:t>
      </w:r>
      <w:proofErr w:type="spellStart"/>
      <w:r w:rsidRPr="002D2913">
        <w:rPr>
          <w:rStyle w:val="Gl"/>
          <w:color w:val="0D0D0D"/>
          <w:sz w:val="22"/>
          <w:szCs w:val="22"/>
        </w:rPr>
        <w:t>loder</w:t>
      </w:r>
      <w:proofErr w:type="spellEnd"/>
      <w:r w:rsidRPr="002D2913">
        <w:rPr>
          <w:rStyle w:val="Gl"/>
          <w:color w:val="0D0D0D"/>
          <w:sz w:val="22"/>
          <w:szCs w:val="22"/>
        </w:rPr>
        <w:t xml:space="preserve"> iş </w:t>
      </w:r>
      <w:proofErr w:type="gramStart"/>
      <w:r w:rsidRPr="002D2913">
        <w:rPr>
          <w:rStyle w:val="Gl"/>
          <w:color w:val="0D0D0D"/>
          <w:sz w:val="22"/>
          <w:szCs w:val="22"/>
        </w:rPr>
        <w:t xml:space="preserve">makinesi </w:t>
      </w:r>
      <w:r w:rsidR="003F23F0" w:rsidRPr="002D2913">
        <w:rPr>
          <w:rStyle w:val="Gl"/>
          <w:color w:val="0D0D0D"/>
          <w:sz w:val="22"/>
          <w:szCs w:val="22"/>
        </w:rPr>
        <w:t>,</w:t>
      </w:r>
      <w:r w:rsidRPr="002D2913">
        <w:rPr>
          <w:rStyle w:val="Gl"/>
          <w:color w:val="0D0D0D"/>
          <w:sz w:val="22"/>
          <w:szCs w:val="22"/>
        </w:rPr>
        <w:t xml:space="preserve"> 2005</w:t>
      </w:r>
      <w:proofErr w:type="gramEnd"/>
      <w:r w:rsidRPr="002D2913">
        <w:rPr>
          <w:rStyle w:val="Gl"/>
          <w:color w:val="0D0D0D"/>
          <w:sz w:val="22"/>
          <w:szCs w:val="22"/>
        </w:rPr>
        <w:t xml:space="preserve"> model </w:t>
      </w:r>
      <w:proofErr w:type="spellStart"/>
      <w:r w:rsidRPr="002D2913">
        <w:rPr>
          <w:rStyle w:val="Gl"/>
          <w:color w:val="0D0D0D"/>
          <w:sz w:val="22"/>
          <w:szCs w:val="22"/>
        </w:rPr>
        <w:t>Hidromek</w:t>
      </w:r>
      <w:proofErr w:type="spellEnd"/>
      <w:r w:rsidRPr="002D2913">
        <w:rPr>
          <w:rStyle w:val="Gl"/>
          <w:color w:val="0D0D0D"/>
          <w:sz w:val="22"/>
          <w:szCs w:val="22"/>
        </w:rPr>
        <w:t xml:space="preserve"> marka </w:t>
      </w:r>
      <w:proofErr w:type="spellStart"/>
      <w:r w:rsidRPr="002D2913">
        <w:rPr>
          <w:rStyle w:val="Gl"/>
          <w:color w:val="0D0D0D"/>
          <w:sz w:val="22"/>
          <w:szCs w:val="22"/>
        </w:rPr>
        <w:t>bekoloder</w:t>
      </w:r>
      <w:proofErr w:type="spellEnd"/>
      <w:r w:rsidRPr="002D2913">
        <w:rPr>
          <w:rStyle w:val="Gl"/>
          <w:color w:val="0D0D0D"/>
          <w:sz w:val="22"/>
          <w:szCs w:val="22"/>
        </w:rPr>
        <w:t xml:space="preserve"> ve 2005 model JCB marka </w:t>
      </w:r>
      <w:proofErr w:type="spellStart"/>
      <w:r w:rsidRPr="002D2913">
        <w:rPr>
          <w:rStyle w:val="Gl"/>
          <w:color w:val="0D0D0D"/>
          <w:sz w:val="22"/>
          <w:szCs w:val="22"/>
        </w:rPr>
        <w:t>bekoloder</w:t>
      </w:r>
      <w:proofErr w:type="spellEnd"/>
      <w:r w:rsidRPr="002D2913">
        <w:rPr>
          <w:rStyle w:val="Gl"/>
          <w:color w:val="0D0D0D"/>
          <w:sz w:val="22"/>
          <w:szCs w:val="22"/>
        </w:rPr>
        <w:t xml:space="preserve"> iş makinelerinin</w:t>
      </w:r>
      <w:r w:rsidRPr="002D2913">
        <w:rPr>
          <w:color w:val="0D0D0D"/>
          <w:sz w:val="22"/>
          <w:szCs w:val="22"/>
        </w:rPr>
        <w:t> satışı, 2886 sayılı Devlet İhale Kanunu hükümleri doğrultusunda ihale yoluyla gerçekleştirilecektir.</w:t>
      </w:r>
    </w:p>
    <w:p w14:paraId="5555B347" w14:textId="77777777" w:rsidR="00E7654F" w:rsidRPr="002D2913" w:rsidRDefault="00E7654F" w:rsidP="002D2913">
      <w:pPr>
        <w:pStyle w:val="Balk3"/>
        <w:shd w:val="clear" w:color="auto" w:fill="FFFFFF"/>
        <w:jc w:val="both"/>
        <w:rPr>
          <w:rFonts w:ascii="Times New Roman" w:hAnsi="Times New Roman" w:cs="Times New Roman"/>
          <w:color w:val="0D0D0D"/>
          <w:sz w:val="22"/>
        </w:rPr>
      </w:pPr>
      <w:r w:rsidRPr="002D2913">
        <w:rPr>
          <w:rFonts w:ascii="Times New Roman" w:hAnsi="Times New Roman" w:cs="Times New Roman"/>
          <w:color w:val="0D0D0D"/>
          <w:sz w:val="22"/>
        </w:rPr>
        <w:t xml:space="preserve">1- </w:t>
      </w:r>
      <w:proofErr w:type="spellStart"/>
      <w:r w:rsidRPr="002D2913">
        <w:rPr>
          <w:rFonts w:ascii="Times New Roman" w:hAnsi="Times New Roman" w:cs="Times New Roman"/>
          <w:color w:val="0D0D0D"/>
          <w:sz w:val="22"/>
        </w:rPr>
        <w:t>İhale</w:t>
      </w:r>
      <w:proofErr w:type="spellEnd"/>
      <w:r w:rsidRPr="002D2913">
        <w:rPr>
          <w:rFonts w:ascii="Times New Roman" w:hAnsi="Times New Roman" w:cs="Times New Roman"/>
          <w:color w:val="0D0D0D"/>
          <w:sz w:val="22"/>
        </w:rPr>
        <w:t xml:space="preserve"> </w:t>
      </w:r>
      <w:proofErr w:type="spellStart"/>
      <w:r w:rsidRPr="002D2913">
        <w:rPr>
          <w:rFonts w:ascii="Times New Roman" w:hAnsi="Times New Roman" w:cs="Times New Roman"/>
          <w:color w:val="0D0D0D"/>
          <w:sz w:val="22"/>
        </w:rPr>
        <w:t>Usulü</w:t>
      </w:r>
      <w:proofErr w:type="spellEnd"/>
      <w:r w:rsidRPr="002D2913">
        <w:rPr>
          <w:rFonts w:ascii="Times New Roman" w:hAnsi="Times New Roman" w:cs="Times New Roman"/>
          <w:color w:val="0D0D0D"/>
          <w:sz w:val="22"/>
        </w:rPr>
        <w:t xml:space="preserve"> </w:t>
      </w:r>
      <w:proofErr w:type="spellStart"/>
      <w:r w:rsidRPr="002D2913">
        <w:rPr>
          <w:rFonts w:ascii="Times New Roman" w:hAnsi="Times New Roman" w:cs="Times New Roman"/>
          <w:color w:val="0D0D0D"/>
          <w:sz w:val="22"/>
        </w:rPr>
        <w:t>ve</w:t>
      </w:r>
      <w:proofErr w:type="spellEnd"/>
      <w:r w:rsidRPr="002D2913">
        <w:rPr>
          <w:rFonts w:ascii="Times New Roman" w:hAnsi="Times New Roman" w:cs="Times New Roman"/>
          <w:color w:val="0D0D0D"/>
          <w:sz w:val="22"/>
        </w:rPr>
        <w:t xml:space="preserve"> </w:t>
      </w:r>
      <w:proofErr w:type="spellStart"/>
      <w:r w:rsidRPr="002D2913">
        <w:rPr>
          <w:rFonts w:ascii="Times New Roman" w:hAnsi="Times New Roman" w:cs="Times New Roman"/>
          <w:color w:val="0D0D0D"/>
          <w:sz w:val="22"/>
        </w:rPr>
        <w:t>Yeri</w:t>
      </w:r>
      <w:proofErr w:type="spellEnd"/>
    </w:p>
    <w:p w14:paraId="53CB920B" w14:textId="77777777" w:rsidR="00E7654F" w:rsidRPr="002D2913" w:rsidRDefault="00E7654F" w:rsidP="002D2913">
      <w:pPr>
        <w:pStyle w:val="x1yc453h"/>
        <w:shd w:val="clear" w:color="auto" w:fill="FFFFFF"/>
        <w:spacing w:after="0" w:afterAutospacing="0"/>
        <w:jc w:val="both"/>
        <w:rPr>
          <w:color w:val="0D0D0D"/>
          <w:sz w:val="22"/>
          <w:szCs w:val="22"/>
        </w:rPr>
      </w:pPr>
      <w:r w:rsidRPr="002D2913">
        <w:rPr>
          <w:color w:val="0D0D0D"/>
          <w:sz w:val="22"/>
          <w:szCs w:val="22"/>
        </w:rPr>
        <w:t>İhale, Mustafa Kemal Paşa Mahallesi Ata Caddesi No: 3-5 Fatsa/ORDU adresinde bulunan </w:t>
      </w:r>
      <w:r w:rsidRPr="002D2913">
        <w:rPr>
          <w:rStyle w:val="Gl"/>
          <w:color w:val="0D0D0D"/>
          <w:sz w:val="22"/>
          <w:szCs w:val="22"/>
        </w:rPr>
        <w:t>Fatsa Belediyesi Encümen Salonunda</w:t>
      </w:r>
      <w:r w:rsidRPr="002D2913">
        <w:rPr>
          <w:color w:val="0D0D0D"/>
          <w:sz w:val="22"/>
          <w:szCs w:val="22"/>
        </w:rPr>
        <w:t>, 2886 sayılı Devlet İhale Kanunu’nun 45’inci maddesi gereğince </w:t>
      </w:r>
      <w:r w:rsidRPr="002D2913">
        <w:rPr>
          <w:rStyle w:val="Gl"/>
          <w:color w:val="0D0D0D"/>
          <w:sz w:val="22"/>
          <w:szCs w:val="22"/>
        </w:rPr>
        <w:t>Açık Teklif Usulü</w:t>
      </w:r>
      <w:r w:rsidRPr="002D2913">
        <w:rPr>
          <w:color w:val="0D0D0D"/>
          <w:sz w:val="22"/>
          <w:szCs w:val="22"/>
        </w:rPr>
        <w:t> ile gerçekleştirilecektir.</w:t>
      </w:r>
    </w:p>
    <w:p w14:paraId="43AE9560" w14:textId="77777777" w:rsidR="00E7654F" w:rsidRPr="002D2913" w:rsidRDefault="00E7654F" w:rsidP="002D2913">
      <w:pPr>
        <w:pStyle w:val="Balk3"/>
        <w:shd w:val="clear" w:color="auto" w:fill="FFFFFF"/>
        <w:jc w:val="both"/>
        <w:rPr>
          <w:rFonts w:ascii="Times New Roman" w:hAnsi="Times New Roman" w:cs="Times New Roman"/>
          <w:color w:val="0D0D0D"/>
          <w:sz w:val="22"/>
        </w:rPr>
      </w:pPr>
      <w:r w:rsidRPr="002D2913">
        <w:rPr>
          <w:rFonts w:ascii="Times New Roman" w:hAnsi="Times New Roman" w:cs="Times New Roman"/>
          <w:color w:val="0D0D0D"/>
          <w:sz w:val="22"/>
        </w:rPr>
        <w:t xml:space="preserve">2- </w:t>
      </w:r>
      <w:proofErr w:type="spellStart"/>
      <w:r w:rsidRPr="002D2913">
        <w:rPr>
          <w:rFonts w:ascii="Times New Roman" w:hAnsi="Times New Roman" w:cs="Times New Roman"/>
          <w:color w:val="0D0D0D"/>
          <w:sz w:val="22"/>
        </w:rPr>
        <w:t>Şartname</w:t>
      </w:r>
      <w:proofErr w:type="spellEnd"/>
      <w:r w:rsidRPr="002D2913">
        <w:rPr>
          <w:rFonts w:ascii="Times New Roman" w:hAnsi="Times New Roman" w:cs="Times New Roman"/>
          <w:color w:val="0D0D0D"/>
          <w:sz w:val="22"/>
        </w:rPr>
        <w:t xml:space="preserve"> </w:t>
      </w:r>
      <w:proofErr w:type="spellStart"/>
      <w:r w:rsidRPr="002D2913">
        <w:rPr>
          <w:rFonts w:ascii="Times New Roman" w:hAnsi="Times New Roman" w:cs="Times New Roman"/>
          <w:color w:val="0D0D0D"/>
          <w:sz w:val="22"/>
        </w:rPr>
        <w:t>ve</w:t>
      </w:r>
      <w:proofErr w:type="spellEnd"/>
      <w:r w:rsidRPr="002D2913">
        <w:rPr>
          <w:rFonts w:ascii="Times New Roman" w:hAnsi="Times New Roman" w:cs="Times New Roman"/>
          <w:color w:val="0D0D0D"/>
          <w:sz w:val="22"/>
        </w:rPr>
        <w:t xml:space="preserve"> </w:t>
      </w:r>
      <w:proofErr w:type="spellStart"/>
      <w:r w:rsidRPr="002D2913">
        <w:rPr>
          <w:rFonts w:ascii="Times New Roman" w:hAnsi="Times New Roman" w:cs="Times New Roman"/>
          <w:color w:val="0D0D0D"/>
          <w:sz w:val="22"/>
        </w:rPr>
        <w:t>Ekleri</w:t>
      </w:r>
      <w:proofErr w:type="spellEnd"/>
    </w:p>
    <w:p w14:paraId="1BA55480" w14:textId="2FE14A70" w:rsidR="00E7654F" w:rsidRPr="002D2913" w:rsidRDefault="00E7654F" w:rsidP="002D2913">
      <w:pPr>
        <w:pStyle w:val="x1yc453h"/>
        <w:shd w:val="clear" w:color="auto" w:fill="FFFFFF"/>
        <w:spacing w:after="0" w:afterAutospacing="0"/>
        <w:jc w:val="both"/>
        <w:rPr>
          <w:color w:val="0D0D0D"/>
          <w:sz w:val="22"/>
          <w:szCs w:val="22"/>
        </w:rPr>
      </w:pPr>
      <w:r w:rsidRPr="002D2913">
        <w:rPr>
          <w:color w:val="0D0D0D"/>
          <w:sz w:val="22"/>
          <w:szCs w:val="22"/>
        </w:rPr>
        <w:t>Şartname ve ekleri, Fatsa Belediyesi Makine İkmal Bakım ve Onarım Müdürlüğünden </w:t>
      </w:r>
      <w:r w:rsidR="002D2913" w:rsidRPr="002D2913">
        <w:rPr>
          <w:color w:val="0D0D0D"/>
          <w:sz w:val="22"/>
          <w:szCs w:val="22"/>
        </w:rPr>
        <w:t xml:space="preserve">her bir araç için ayrı ayrı </w:t>
      </w:r>
      <w:r w:rsidR="00482AF4" w:rsidRPr="002D2913">
        <w:rPr>
          <w:rStyle w:val="Gl"/>
          <w:color w:val="0D0D0D"/>
          <w:sz w:val="22"/>
          <w:szCs w:val="22"/>
        </w:rPr>
        <w:t>2.000,00</w:t>
      </w:r>
      <w:r w:rsidRPr="002D2913">
        <w:rPr>
          <w:rStyle w:val="Gl"/>
          <w:color w:val="0D0D0D"/>
          <w:sz w:val="22"/>
          <w:szCs w:val="22"/>
        </w:rPr>
        <w:t xml:space="preserve"> TL bedel karşılığında</w:t>
      </w:r>
      <w:r w:rsidRPr="002D2913">
        <w:rPr>
          <w:color w:val="0D0D0D"/>
          <w:sz w:val="22"/>
          <w:szCs w:val="22"/>
        </w:rPr>
        <w:t> satın alınabilir.</w:t>
      </w:r>
    </w:p>
    <w:tbl>
      <w:tblPr>
        <w:tblStyle w:val="TabloKlavuzu"/>
        <w:tblW w:w="10931" w:type="dxa"/>
        <w:tblInd w:w="-318" w:type="dxa"/>
        <w:tblLook w:val="04A0" w:firstRow="1" w:lastRow="0" w:firstColumn="1" w:lastColumn="0" w:noHBand="0" w:noVBand="1"/>
      </w:tblPr>
      <w:tblGrid>
        <w:gridCol w:w="546"/>
        <w:gridCol w:w="1115"/>
        <w:gridCol w:w="1346"/>
        <w:gridCol w:w="58"/>
        <w:gridCol w:w="889"/>
        <w:gridCol w:w="1109"/>
        <w:gridCol w:w="1404"/>
        <w:gridCol w:w="1952"/>
        <w:gridCol w:w="1306"/>
        <w:gridCol w:w="1206"/>
      </w:tblGrid>
      <w:tr w:rsidR="00CC370E" w:rsidRPr="002D2913" w14:paraId="6343B1C6" w14:textId="77777777" w:rsidTr="004611F4">
        <w:trPr>
          <w:trHeight w:val="890"/>
        </w:trPr>
        <w:tc>
          <w:tcPr>
            <w:tcW w:w="543" w:type="dxa"/>
            <w:shd w:val="clear" w:color="auto" w:fill="D9E1F2"/>
            <w:vAlign w:val="center"/>
          </w:tcPr>
          <w:p w14:paraId="238F5C02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b/>
                <w:sz w:val="22"/>
              </w:rPr>
              <w:t>NO</w:t>
            </w:r>
          </w:p>
        </w:tc>
        <w:tc>
          <w:tcPr>
            <w:tcW w:w="1106" w:type="dxa"/>
            <w:shd w:val="clear" w:color="auto" w:fill="D9E1F2"/>
            <w:vAlign w:val="center"/>
          </w:tcPr>
          <w:p w14:paraId="4DC97F3C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b/>
                <w:sz w:val="22"/>
              </w:rPr>
              <w:t>CİNS</w:t>
            </w:r>
          </w:p>
        </w:tc>
        <w:tc>
          <w:tcPr>
            <w:tcW w:w="1375" w:type="dxa"/>
            <w:gridSpan w:val="2"/>
            <w:shd w:val="clear" w:color="auto" w:fill="D9E1F2"/>
            <w:vAlign w:val="center"/>
          </w:tcPr>
          <w:p w14:paraId="4622F7B7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b/>
                <w:sz w:val="22"/>
              </w:rPr>
              <w:t>MARKA</w:t>
            </w:r>
          </w:p>
        </w:tc>
        <w:tc>
          <w:tcPr>
            <w:tcW w:w="883" w:type="dxa"/>
            <w:shd w:val="clear" w:color="auto" w:fill="D9E1F2"/>
            <w:vAlign w:val="center"/>
          </w:tcPr>
          <w:p w14:paraId="4685F5EE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b/>
                <w:sz w:val="22"/>
              </w:rPr>
              <w:t>TİP</w:t>
            </w:r>
          </w:p>
        </w:tc>
        <w:tc>
          <w:tcPr>
            <w:tcW w:w="1101" w:type="dxa"/>
            <w:shd w:val="clear" w:color="auto" w:fill="D9E1F2"/>
            <w:vAlign w:val="center"/>
          </w:tcPr>
          <w:p w14:paraId="1C388C1F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b/>
                <w:sz w:val="22"/>
              </w:rPr>
              <w:t>MODEL/</w:t>
            </w:r>
            <w:r w:rsidRPr="002D2913">
              <w:rPr>
                <w:rFonts w:cs="Times New Roman"/>
                <w:b/>
                <w:sz w:val="22"/>
              </w:rPr>
              <w:br/>
              <w:t>RENK</w:t>
            </w:r>
          </w:p>
        </w:tc>
        <w:tc>
          <w:tcPr>
            <w:tcW w:w="1404" w:type="dxa"/>
            <w:shd w:val="clear" w:color="auto" w:fill="D9E1F2"/>
            <w:vAlign w:val="center"/>
          </w:tcPr>
          <w:p w14:paraId="406440E0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b/>
                <w:sz w:val="22"/>
              </w:rPr>
              <w:t>PLAKA</w:t>
            </w:r>
          </w:p>
        </w:tc>
        <w:tc>
          <w:tcPr>
            <w:tcW w:w="1999" w:type="dxa"/>
            <w:shd w:val="clear" w:color="auto" w:fill="D9E1F2"/>
            <w:vAlign w:val="center"/>
          </w:tcPr>
          <w:p w14:paraId="6119B361" w14:textId="509AD86E" w:rsidR="00CC370E" w:rsidRPr="002D2913" w:rsidRDefault="002D2913" w:rsidP="002D2913">
            <w:pPr>
              <w:rPr>
                <w:rFonts w:cs="Times New Roman"/>
                <w:sz w:val="22"/>
              </w:rPr>
            </w:pPr>
            <w:proofErr w:type="spellStart"/>
            <w:r w:rsidRPr="002D2913">
              <w:rPr>
                <w:rFonts w:cs="Times New Roman"/>
                <w:b/>
                <w:sz w:val="22"/>
              </w:rPr>
              <w:t>Muhammen</w:t>
            </w:r>
            <w:proofErr w:type="spellEnd"/>
            <w:r w:rsidRPr="002D2913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2D2913">
              <w:rPr>
                <w:rFonts w:cs="Times New Roman"/>
                <w:b/>
                <w:sz w:val="22"/>
              </w:rPr>
              <w:t>Satış</w:t>
            </w:r>
            <w:proofErr w:type="spellEnd"/>
            <w:r w:rsidRPr="002D2913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2D2913">
              <w:rPr>
                <w:rFonts w:cs="Times New Roman"/>
                <w:b/>
                <w:sz w:val="22"/>
              </w:rPr>
              <w:t>Bedeli</w:t>
            </w:r>
            <w:proofErr w:type="spellEnd"/>
            <w:r w:rsidRPr="002D2913">
              <w:rPr>
                <w:rFonts w:cs="Times New Roman"/>
                <w:b/>
                <w:sz w:val="22"/>
              </w:rPr>
              <w:t xml:space="preserve"> (KDV </w:t>
            </w:r>
            <w:proofErr w:type="spellStart"/>
            <w:r w:rsidRPr="002D2913">
              <w:rPr>
                <w:rFonts w:cs="Times New Roman"/>
                <w:b/>
                <w:sz w:val="22"/>
              </w:rPr>
              <w:t>Hariç</w:t>
            </w:r>
            <w:proofErr w:type="spellEnd"/>
            <w:r w:rsidRPr="002D2913">
              <w:rPr>
                <w:rFonts w:cs="Times New Roman"/>
                <w:b/>
                <w:sz w:val="22"/>
              </w:rPr>
              <w:t>)</w:t>
            </w:r>
          </w:p>
        </w:tc>
        <w:tc>
          <w:tcPr>
            <w:tcW w:w="1323" w:type="dxa"/>
            <w:shd w:val="clear" w:color="auto" w:fill="D9E1F2"/>
            <w:vAlign w:val="center"/>
          </w:tcPr>
          <w:p w14:paraId="3203808F" w14:textId="5091952D" w:rsidR="00CC370E" w:rsidRPr="002D2913" w:rsidRDefault="002D2913" w:rsidP="002D2913">
            <w:pPr>
              <w:jc w:val="both"/>
              <w:rPr>
                <w:rFonts w:cs="Times New Roman"/>
                <w:sz w:val="22"/>
              </w:rPr>
            </w:pPr>
            <w:proofErr w:type="spellStart"/>
            <w:r w:rsidRPr="002D2913">
              <w:rPr>
                <w:rFonts w:cs="Times New Roman"/>
                <w:b/>
                <w:sz w:val="22"/>
              </w:rPr>
              <w:t>Geçici</w:t>
            </w:r>
            <w:proofErr w:type="spellEnd"/>
            <w:r w:rsidRPr="002D2913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2D2913">
              <w:rPr>
                <w:rFonts w:cs="Times New Roman"/>
                <w:b/>
                <w:sz w:val="22"/>
              </w:rPr>
              <w:t>Teminat</w:t>
            </w:r>
            <w:proofErr w:type="spellEnd"/>
            <w:r w:rsidRPr="002D2913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2D2913">
              <w:rPr>
                <w:rFonts w:cs="Times New Roman"/>
                <w:b/>
                <w:sz w:val="22"/>
              </w:rPr>
              <w:t>Bedeli</w:t>
            </w:r>
            <w:proofErr w:type="spellEnd"/>
          </w:p>
        </w:tc>
        <w:tc>
          <w:tcPr>
            <w:tcW w:w="1197" w:type="dxa"/>
            <w:shd w:val="clear" w:color="auto" w:fill="D9E1F2"/>
            <w:vAlign w:val="center"/>
          </w:tcPr>
          <w:p w14:paraId="4B67AC24" w14:textId="619BEE62" w:rsidR="00CC370E" w:rsidRPr="002D2913" w:rsidRDefault="002D2913" w:rsidP="002D2913">
            <w:pPr>
              <w:jc w:val="both"/>
              <w:rPr>
                <w:rFonts w:cs="Times New Roman"/>
                <w:sz w:val="22"/>
              </w:rPr>
            </w:pPr>
            <w:proofErr w:type="spellStart"/>
            <w:r w:rsidRPr="002D2913">
              <w:rPr>
                <w:rFonts w:cs="Times New Roman"/>
                <w:b/>
                <w:sz w:val="22"/>
              </w:rPr>
              <w:t>İhale</w:t>
            </w:r>
            <w:proofErr w:type="spellEnd"/>
            <w:r w:rsidRPr="002D2913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2D2913">
              <w:rPr>
                <w:rFonts w:cs="Times New Roman"/>
                <w:b/>
                <w:sz w:val="22"/>
              </w:rPr>
              <w:t>Tarihi</w:t>
            </w:r>
            <w:proofErr w:type="spellEnd"/>
            <w:r w:rsidRPr="002D2913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2D2913">
              <w:rPr>
                <w:rFonts w:cs="Times New Roman"/>
                <w:b/>
                <w:sz w:val="22"/>
              </w:rPr>
              <w:t>ve</w:t>
            </w:r>
            <w:proofErr w:type="spellEnd"/>
            <w:r w:rsidRPr="002D2913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2D2913">
              <w:rPr>
                <w:rFonts w:cs="Times New Roman"/>
                <w:b/>
                <w:sz w:val="22"/>
              </w:rPr>
              <w:t>Saati</w:t>
            </w:r>
            <w:proofErr w:type="spellEnd"/>
          </w:p>
        </w:tc>
      </w:tr>
      <w:tr w:rsidR="00CC370E" w:rsidRPr="002D2913" w14:paraId="7B44579B" w14:textId="77777777" w:rsidTr="004611F4">
        <w:trPr>
          <w:trHeight w:val="694"/>
        </w:trPr>
        <w:tc>
          <w:tcPr>
            <w:tcW w:w="543" w:type="dxa"/>
            <w:vAlign w:val="center"/>
          </w:tcPr>
          <w:p w14:paraId="3707EAD2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sz w:val="22"/>
              </w:rPr>
              <w:t>1</w:t>
            </w:r>
          </w:p>
        </w:tc>
        <w:tc>
          <w:tcPr>
            <w:tcW w:w="1106" w:type="dxa"/>
            <w:vAlign w:val="center"/>
          </w:tcPr>
          <w:p w14:paraId="45C857BA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proofErr w:type="spellStart"/>
            <w:r w:rsidRPr="002D2913">
              <w:rPr>
                <w:rFonts w:cs="Times New Roman"/>
                <w:spacing w:val="-2"/>
                <w:sz w:val="22"/>
              </w:rPr>
              <w:t>Loder</w:t>
            </w:r>
            <w:proofErr w:type="spellEnd"/>
          </w:p>
        </w:tc>
        <w:tc>
          <w:tcPr>
            <w:tcW w:w="1316" w:type="dxa"/>
            <w:vAlign w:val="center"/>
          </w:tcPr>
          <w:p w14:paraId="31DA4174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spacing w:val="-2"/>
                <w:sz w:val="22"/>
              </w:rPr>
              <w:t>CAT</w:t>
            </w:r>
          </w:p>
        </w:tc>
        <w:tc>
          <w:tcPr>
            <w:tcW w:w="942" w:type="dxa"/>
            <w:gridSpan w:val="2"/>
            <w:vAlign w:val="center"/>
          </w:tcPr>
          <w:p w14:paraId="1D0DD28A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proofErr w:type="spellStart"/>
            <w:r w:rsidRPr="002D2913">
              <w:rPr>
                <w:rFonts w:cs="Times New Roman"/>
                <w:sz w:val="22"/>
              </w:rPr>
              <w:t>Lastikli</w:t>
            </w:r>
            <w:proofErr w:type="spellEnd"/>
          </w:p>
        </w:tc>
        <w:tc>
          <w:tcPr>
            <w:tcW w:w="1101" w:type="dxa"/>
            <w:vAlign w:val="center"/>
          </w:tcPr>
          <w:p w14:paraId="3652B1FA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spacing w:val="-2"/>
                <w:sz w:val="22"/>
              </w:rPr>
              <w:t>1998/ Sarı</w:t>
            </w:r>
          </w:p>
        </w:tc>
        <w:tc>
          <w:tcPr>
            <w:tcW w:w="1404" w:type="dxa"/>
            <w:vAlign w:val="center"/>
          </w:tcPr>
          <w:p w14:paraId="1D82A65A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spacing w:val="-2"/>
                <w:sz w:val="22"/>
              </w:rPr>
              <w:t>5203100003</w:t>
            </w:r>
          </w:p>
        </w:tc>
        <w:tc>
          <w:tcPr>
            <w:tcW w:w="1999" w:type="dxa"/>
          </w:tcPr>
          <w:p w14:paraId="38349F11" w14:textId="77777777" w:rsidR="00CC370E" w:rsidRPr="002D2913" w:rsidRDefault="00CC370E" w:rsidP="002D2913">
            <w:pPr>
              <w:jc w:val="both"/>
              <w:rPr>
                <w:rFonts w:cs="Times New Roman"/>
                <w:spacing w:val="-2"/>
                <w:sz w:val="22"/>
              </w:rPr>
            </w:pPr>
          </w:p>
          <w:p w14:paraId="55C716E2" w14:textId="4384903A" w:rsidR="00CC370E" w:rsidRPr="002D2913" w:rsidRDefault="002D2913" w:rsidP="002D2913">
            <w:pPr>
              <w:jc w:val="both"/>
              <w:rPr>
                <w:rFonts w:cs="Times New Roman"/>
                <w:spacing w:val="-2"/>
                <w:sz w:val="22"/>
              </w:rPr>
            </w:pPr>
            <w:r w:rsidRPr="002D2913">
              <w:rPr>
                <w:rFonts w:cs="Times New Roman"/>
                <w:spacing w:val="-2"/>
                <w:sz w:val="22"/>
              </w:rPr>
              <w:t>566.000,00 TL</w:t>
            </w:r>
          </w:p>
        </w:tc>
        <w:tc>
          <w:tcPr>
            <w:tcW w:w="1323" w:type="dxa"/>
            <w:vAlign w:val="center"/>
          </w:tcPr>
          <w:p w14:paraId="51C5AF6C" w14:textId="437BDE36" w:rsidR="00CC370E" w:rsidRPr="002D2913" w:rsidRDefault="002D2913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sz w:val="22"/>
              </w:rPr>
              <w:t>16.980,00 TL</w:t>
            </w:r>
          </w:p>
        </w:tc>
        <w:tc>
          <w:tcPr>
            <w:tcW w:w="1197" w:type="dxa"/>
            <w:vAlign w:val="center"/>
          </w:tcPr>
          <w:p w14:paraId="715FA7F7" w14:textId="77777777" w:rsidR="00CC370E" w:rsidRPr="002D2913" w:rsidRDefault="002D2913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sz w:val="22"/>
              </w:rPr>
              <w:t>30.09.2026</w:t>
            </w:r>
          </w:p>
          <w:p w14:paraId="27E79B7A" w14:textId="53991944" w:rsidR="002D2913" w:rsidRPr="002D2913" w:rsidRDefault="002D2913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sz w:val="22"/>
              </w:rPr>
              <w:t>11:00</w:t>
            </w:r>
          </w:p>
        </w:tc>
      </w:tr>
      <w:tr w:rsidR="00CC370E" w:rsidRPr="002D2913" w14:paraId="34A115FB" w14:textId="77777777" w:rsidTr="004611F4">
        <w:trPr>
          <w:trHeight w:val="694"/>
        </w:trPr>
        <w:tc>
          <w:tcPr>
            <w:tcW w:w="543" w:type="dxa"/>
            <w:vAlign w:val="center"/>
          </w:tcPr>
          <w:p w14:paraId="07E1CFAC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sz w:val="22"/>
              </w:rPr>
              <w:t>2</w:t>
            </w:r>
          </w:p>
        </w:tc>
        <w:tc>
          <w:tcPr>
            <w:tcW w:w="1106" w:type="dxa"/>
            <w:vAlign w:val="center"/>
          </w:tcPr>
          <w:p w14:paraId="7CE89E6C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proofErr w:type="spellStart"/>
            <w:r w:rsidRPr="002D2913">
              <w:rPr>
                <w:rFonts w:cs="Times New Roman"/>
                <w:spacing w:val="-2"/>
                <w:sz w:val="22"/>
              </w:rPr>
              <w:t>Bekoloder</w:t>
            </w:r>
            <w:proofErr w:type="spellEnd"/>
          </w:p>
        </w:tc>
        <w:tc>
          <w:tcPr>
            <w:tcW w:w="1375" w:type="dxa"/>
            <w:gridSpan w:val="2"/>
          </w:tcPr>
          <w:p w14:paraId="03128422" w14:textId="77777777" w:rsidR="00CC370E" w:rsidRPr="002D2913" w:rsidRDefault="00CC370E" w:rsidP="002D2913">
            <w:pPr>
              <w:jc w:val="both"/>
              <w:rPr>
                <w:rFonts w:cs="Times New Roman"/>
                <w:spacing w:val="-2"/>
                <w:sz w:val="22"/>
              </w:rPr>
            </w:pPr>
          </w:p>
          <w:p w14:paraId="7863B93B" w14:textId="77777777" w:rsidR="00CC370E" w:rsidRPr="002D2913" w:rsidRDefault="00CC370E" w:rsidP="002D2913">
            <w:pPr>
              <w:jc w:val="both"/>
              <w:rPr>
                <w:rFonts w:cs="Times New Roman"/>
                <w:spacing w:val="-2"/>
                <w:sz w:val="22"/>
              </w:rPr>
            </w:pPr>
            <w:r w:rsidRPr="002D2913">
              <w:rPr>
                <w:rFonts w:cs="Times New Roman"/>
                <w:spacing w:val="-2"/>
                <w:sz w:val="22"/>
              </w:rPr>
              <w:t>HİDROMEK</w:t>
            </w:r>
          </w:p>
        </w:tc>
        <w:tc>
          <w:tcPr>
            <w:tcW w:w="883" w:type="dxa"/>
            <w:vAlign w:val="center"/>
          </w:tcPr>
          <w:p w14:paraId="24C60513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proofErr w:type="spellStart"/>
            <w:r w:rsidRPr="002D2913">
              <w:rPr>
                <w:rFonts w:cs="Times New Roman"/>
                <w:sz w:val="22"/>
              </w:rPr>
              <w:t>Lastikli</w:t>
            </w:r>
            <w:proofErr w:type="spellEnd"/>
          </w:p>
        </w:tc>
        <w:tc>
          <w:tcPr>
            <w:tcW w:w="1101" w:type="dxa"/>
          </w:tcPr>
          <w:p w14:paraId="5BBD5F06" w14:textId="77777777" w:rsidR="00CC370E" w:rsidRPr="002D2913" w:rsidRDefault="00CC370E" w:rsidP="002D2913">
            <w:pPr>
              <w:jc w:val="both"/>
              <w:rPr>
                <w:rFonts w:cs="Times New Roman"/>
                <w:spacing w:val="-4"/>
                <w:sz w:val="22"/>
              </w:rPr>
            </w:pPr>
          </w:p>
          <w:p w14:paraId="0AF36112" w14:textId="77777777" w:rsidR="00CC370E" w:rsidRPr="002D2913" w:rsidRDefault="00CC370E" w:rsidP="002D2913">
            <w:pPr>
              <w:jc w:val="both"/>
              <w:rPr>
                <w:rFonts w:cs="Times New Roman"/>
                <w:spacing w:val="-2"/>
                <w:sz w:val="22"/>
              </w:rPr>
            </w:pPr>
            <w:r w:rsidRPr="002D2913">
              <w:rPr>
                <w:rFonts w:cs="Times New Roman"/>
                <w:spacing w:val="-4"/>
                <w:sz w:val="22"/>
              </w:rPr>
              <w:t>2005/ Sarı</w:t>
            </w:r>
          </w:p>
        </w:tc>
        <w:tc>
          <w:tcPr>
            <w:tcW w:w="1404" w:type="dxa"/>
          </w:tcPr>
          <w:p w14:paraId="35DF94A1" w14:textId="77777777" w:rsidR="00CC370E" w:rsidRPr="002D2913" w:rsidRDefault="00CC370E" w:rsidP="002D2913">
            <w:pPr>
              <w:jc w:val="both"/>
              <w:rPr>
                <w:rFonts w:cs="Times New Roman"/>
                <w:spacing w:val="-2"/>
                <w:sz w:val="22"/>
              </w:rPr>
            </w:pPr>
          </w:p>
          <w:p w14:paraId="5D55BAF4" w14:textId="77777777" w:rsidR="00CC370E" w:rsidRPr="002D2913" w:rsidRDefault="00CC370E" w:rsidP="002D2913">
            <w:pPr>
              <w:jc w:val="both"/>
              <w:rPr>
                <w:rFonts w:cs="Times New Roman"/>
                <w:spacing w:val="-2"/>
                <w:sz w:val="22"/>
              </w:rPr>
            </w:pPr>
            <w:r w:rsidRPr="002D2913">
              <w:rPr>
                <w:rFonts w:cs="Times New Roman"/>
                <w:spacing w:val="-2"/>
                <w:sz w:val="22"/>
              </w:rPr>
              <w:t>5203100007</w:t>
            </w:r>
          </w:p>
        </w:tc>
        <w:tc>
          <w:tcPr>
            <w:tcW w:w="1999" w:type="dxa"/>
          </w:tcPr>
          <w:p w14:paraId="658A62C5" w14:textId="77777777" w:rsidR="002D2913" w:rsidRPr="002D2913" w:rsidRDefault="002D2913" w:rsidP="002D2913">
            <w:pPr>
              <w:jc w:val="both"/>
              <w:rPr>
                <w:rFonts w:cs="Times New Roman"/>
                <w:spacing w:val="-2"/>
                <w:sz w:val="22"/>
              </w:rPr>
            </w:pPr>
          </w:p>
          <w:p w14:paraId="2DF663C0" w14:textId="7C5860E6" w:rsidR="00CC370E" w:rsidRPr="002D2913" w:rsidRDefault="002D2913" w:rsidP="002D2913">
            <w:pPr>
              <w:jc w:val="both"/>
              <w:rPr>
                <w:rFonts w:cs="Times New Roman"/>
                <w:spacing w:val="-2"/>
                <w:sz w:val="22"/>
              </w:rPr>
            </w:pPr>
            <w:r w:rsidRPr="002D2913">
              <w:rPr>
                <w:rFonts w:cs="Times New Roman"/>
                <w:spacing w:val="-2"/>
                <w:sz w:val="22"/>
              </w:rPr>
              <w:t>770.000,00 TL</w:t>
            </w:r>
          </w:p>
        </w:tc>
        <w:tc>
          <w:tcPr>
            <w:tcW w:w="1323" w:type="dxa"/>
            <w:vAlign w:val="center"/>
          </w:tcPr>
          <w:p w14:paraId="605D7A1D" w14:textId="1D451063" w:rsidR="00CC370E" w:rsidRPr="002D2913" w:rsidRDefault="002D2913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sz w:val="22"/>
              </w:rPr>
              <w:t>23.100,00 TL</w:t>
            </w:r>
          </w:p>
        </w:tc>
        <w:tc>
          <w:tcPr>
            <w:tcW w:w="1197" w:type="dxa"/>
            <w:vAlign w:val="center"/>
          </w:tcPr>
          <w:p w14:paraId="0FDBF8AC" w14:textId="77777777" w:rsidR="002D2913" w:rsidRPr="002D2913" w:rsidRDefault="002D2913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sz w:val="22"/>
              </w:rPr>
              <w:t>30.09.2026</w:t>
            </w:r>
          </w:p>
          <w:p w14:paraId="7D22A1AB" w14:textId="07CE169B" w:rsidR="00CC370E" w:rsidRPr="002D2913" w:rsidRDefault="002D2913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sz w:val="22"/>
              </w:rPr>
              <w:t>11:1</w:t>
            </w:r>
            <w:r w:rsidRPr="002D2913">
              <w:rPr>
                <w:rFonts w:cs="Times New Roman"/>
                <w:sz w:val="22"/>
              </w:rPr>
              <w:t>0</w:t>
            </w:r>
          </w:p>
        </w:tc>
      </w:tr>
      <w:tr w:rsidR="00CC370E" w:rsidRPr="002D2913" w14:paraId="0BF7C009" w14:textId="77777777" w:rsidTr="004611F4">
        <w:trPr>
          <w:trHeight w:val="741"/>
        </w:trPr>
        <w:tc>
          <w:tcPr>
            <w:tcW w:w="543" w:type="dxa"/>
            <w:vAlign w:val="center"/>
          </w:tcPr>
          <w:p w14:paraId="22D51793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sz w:val="22"/>
              </w:rPr>
              <w:t>2</w:t>
            </w:r>
          </w:p>
        </w:tc>
        <w:tc>
          <w:tcPr>
            <w:tcW w:w="1106" w:type="dxa"/>
            <w:vAlign w:val="center"/>
          </w:tcPr>
          <w:p w14:paraId="63F630A0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proofErr w:type="spellStart"/>
            <w:r w:rsidRPr="002D2913">
              <w:rPr>
                <w:rFonts w:cs="Times New Roman"/>
                <w:spacing w:val="-2"/>
                <w:sz w:val="22"/>
              </w:rPr>
              <w:t>Bekoloder</w:t>
            </w:r>
            <w:proofErr w:type="spellEnd"/>
          </w:p>
        </w:tc>
        <w:tc>
          <w:tcPr>
            <w:tcW w:w="1375" w:type="dxa"/>
            <w:gridSpan w:val="2"/>
          </w:tcPr>
          <w:p w14:paraId="76B45C3D" w14:textId="77777777" w:rsidR="00CC370E" w:rsidRPr="002D2913" w:rsidRDefault="00CC370E" w:rsidP="002D2913">
            <w:pPr>
              <w:jc w:val="both"/>
              <w:rPr>
                <w:rFonts w:cs="Times New Roman"/>
                <w:spacing w:val="-2"/>
                <w:sz w:val="22"/>
              </w:rPr>
            </w:pPr>
          </w:p>
          <w:p w14:paraId="00438281" w14:textId="77777777" w:rsidR="00CC370E" w:rsidRPr="002D2913" w:rsidRDefault="00CC370E" w:rsidP="002D2913">
            <w:pPr>
              <w:jc w:val="both"/>
              <w:rPr>
                <w:rFonts w:cs="Times New Roman"/>
                <w:spacing w:val="-2"/>
                <w:sz w:val="22"/>
              </w:rPr>
            </w:pPr>
            <w:r w:rsidRPr="002D2913">
              <w:rPr>
                <w:rFonts w:cs="Times New Roman"/>
                <w:spacing w:val="-2"/>
                <w:sz w:val="22"/>
              </w:rPr>
              <w:t>JCB</w:t>
            </w:r>
          </w:p>
        </w:tc>
        <w:tc>
          <w:tcPr>
            <w:tcW w:w="883" w:type="dxa"/>
            <w:vAlign w:val="center"/>
          </w:tcPr>
          <w:p w14:paraId="38F24988" w14:textId="77777777" w:rsidR="00CC370E" w:rsidRPr="002D2913" w:rsidRDefault="00CC370E" w:rsidP="002D2913">
            <w:pPr>
              <w:jc w:val="both"/>
              <w:rPr>
                <w:rFonts w:cs="Times New Roman"/>
                <w:sz w:val="22"/>
              </w:rPr>
            </w:pPr>
            <w:proofErr w:type="spellStart"/>
            <w:r w:rsidRPr="002D2913">
              <w:rPr>
                <w:rFonts w:cs="Times New Roman"/>
                <w:sz w:val="22"/>
              </w:rPr>
              <w:t>Lastikli</w:t>
            </w:r>
            <w:proofErr w:type="spellEnd"/>
          </w:p>
        </w:tc>
        <w:tc>
          <w:tcPr>
            <w:tcW w:w="1101" w:type="dxa"/>
          </w:tcPr>
          <w:p w14:paraId="41FBC8DD" w14:textId="77777777" w:rsidR="00CC370E" w:rsidRPr="002D2913" w:rsidRDefault="00CC370E" w:rsidP="002D2913">
            <w:pPr>
              <w:jc w:val="both"/>
              <w:rPr>
                <w:rFonts w:cs="Times New Roman"/>
                <w:spacing w:val="-4"/>
                <w:sz w:val="22"/>
              </w:rPr>
            </w:pPr>
          </w:p>
          <w:p w14:paraId="7355A212" w14:textId="77777777" w:rsidR="00CC370E" w:rsidRPr="002D2913" w:rsidRDefault="00CC370E" w:rsidP="002D2913">
            <w:pPr>
              <w:jc w:val="both"/>
              <w:rPr>
                <w:rFonts w:cs="Times New Roman"/>
                <w:spacing w:val="-2"/>
                <w:sz w:val="22"/>
              </w:rPr>
            </w:pPr>
            <w:r w:rsidRPr="002D2913">
              <w:rPr>
                <w:rFonts w:cs="Times New Roman"/>
                <w:spacing w:val="-4"/>
                <w:sz w:val="22"/>
              </w:rPr>
              <w:t>2005/ Sarı</w:t>
            </w:r>
          </w:p>
        </w:tc>
        <w:tc>
          <w:tcPr>
            <w:tcW w:w="1404" w:type="dxa"/>
          </w:tcPr>
          <w:p w14:paraId="373779EF" w14:textId="77777777" w:rsidR="00CC370E" w:rsidRPr="002D2913" w:rsidRDefault="00CC370E" w:rsidP="002D2913">
            <w:pPr>
              <w:pStyle w:val="TableParagraph"/>
              <w:spacing w:line="251" w:lineRule="exact"/>
              <w:ind w:left="0"/>
              <w:jc w:val="both"/>
              <w:rPr>
                <w:spacing w:val="-2"/>
              </w:rPr>
            </w:pPr>
          </w:p>
          <w:p w14:paraId="664DA727" w14:textId="77777777" w:rsidR="00CC370E" w:rsidRPr="002D2913" w:rsidRDefault="00CC370E" w:rsidP="002D2913">
            <w:pPr>
              <w:pStyle w:val="TableParagraph"/>
              <w:spacing w:line="251" w:lineRule="exact"/>
              <w:ind w:left="0"/>
              <w:jc w:val="both"/>
            </w:pPr>
            <w:r w:rsidRPr="002D2913">
              <w:rPr>
                <w:spacing w:val="-2"/>
              </w:rPr>
              <w:t>52031000008</w:t>
            </w:r>
          </w:p>
        </w:tc>
        <w:tc>
          <w:tcPr>
            <w:tcW w:w="1999" w:type="dxa"/>
          </w:tcPr>
          <w:p w14:paraId="4C12817F" w14:textId="77777777" w:rsidR="00CC370E" w:rsidRPr="002D2913" w:rsidRDefault="00CC370E" w:rsidP="002D2913">
            <w:pPr>
              <w:pStyle w:val="TableParagraph"/>
              <w:spacing w:line="251" w:lineRule="exact"/>
              <w:jc w:val="both"/>
              <w:rPr>
                <w:spacing w:val="-2"/>
              </w:rPr>
            </w:pPr>
          </w:p>
          <w:p w14:paraId="7CFEC86A" w14:textId="271AA5B5" w:rsidR="00CC370E" w:rsidRPr="002D2913" w:rsidRDefault="002D2913" w:rsidP="002D2913">
            <w:pPr>
              <w:pStyle w:val="TableParagraph"/>
              <w:spacing w:line="251" w:lineRule="exact"/>
              <w:jc w:val="both"/>
            </w:pPr>
            <w:r w:rsidRPr="002D2913">
              <w:rPr>
                <w:spacing w:val="-2"/>
              </w:rPr>
              <w:t>725.000,00 TL</w:t>
            </w:r>
          </w:p>
        </w:tc>
        <w:tc>
          <w:tcPr>
            <w:tcW w:w="1323" w:type="dxa"/>
            <w:vAlign w:val="center"/>
          </w:tcPr>
          <w:p w14:paraId="555B7E32" w14:textId="028C0B83" w:rsidR="00CC370E" w:rsidRPr="002D2913" w:rsidRDefault="002D2913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sz w:val="22"/>
              </w:rPr>
              <w:t>21.750,00 TL</w:t>
            </w:r>
          </w:p>
        </w:tc>
        <w:tc>
          <w:tcPr>
            <w:tcW w:w="1197" w:type="dxa"/>
            <w:vAlign w:val="center"/>
          </w:tcPr>
          <w:p w14:paraId="2341F6FD" w14:textId="77777777" w:rsidR="002D2913" w:rsidRPr="002D2913" w:rsidRDefault="002D2913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sz w:val="22"/>
              </w:rPr>
              <w:t>30.09.2026</w:t>
            </w:r>
          </w:p>
          <w:p w14:paraId="32052F63" w14:textId="5FE2014A" w:rsidR="00CC370E" w:rsidRPr="002D2913" w:rsidRDefault="002D2913" w:rsidP="002D2913">
            <w:pPr>
              <w:jc w:val="both"/>
              <w:rPr>
                <w:rFonts w:cs="Times New Roman"/>
                <w:sz w:val="22"/>
              </w:rPr>
            </w:pPr>
            <w:r w:rsidRPr="002D2913">
              <w:rPr>
                <w:rFonts w:cs="Times New Roman"/>
                <w:sz w:val="22"/>
              </w:rPr>
              <w:t>11:2</w:t>
            </w:r>
            <w:r w:rsidRPr="002D2913">
              <w:rPr>
                <w:rFonts w:cs="Times New Roman"/>
                <w:sz w:val="22"/>
              </w:rPr>
              <w:t>0</w:t>
            </w:r>
          </w:p>
        </w:tc>
      </w:tr>
    </w:tbl>
    <w:p w14:paraId="13B348AA" w14:textId="7974AF2D" w:rsidR="00E7654F" w:rsidRPr="002D2913" w:rsidRDefault="00E7654F" w:rsidP="002D2913">
      <w:pPr>
        <w:pStyle w:val="Balk3"/>
        <w:shd w:val="clear" w:color="auto" w:fill="FFFFFF"/>
        <w:jc w:val="both"/>
        <w:rPr>
          <w:rFonts w:ascii="Times New Roman" w:hAnsi="Times New Roman" w:cs="Times New Roman"/>
          <w:color w:val="0D0D0D"/>
          <w:sz w:val="22"/>
        </w:rPr>
      </w:pPr>
      <w:r w:rsidRPr="002D2913">
        <w:rPr>
          <w:rFonts w:ascii="Times New Roman" w:hAnsi="Times New Roman" w:cs="Times New Roman"/>
          <w:color w:val="0D0D0D"/>
          <w:sz w:val="22"/>
        </w:rPr>
        <w:t xml:space="preserve">3- </w:t>
      </w:r>
      <w:proofErr w:type="spellStart"/>
      <w:r w:rsidR="002D2913">
        <w:rPr>
          <w:rFonts w:ascii="Times New Roman" w:hAnsi="Times New Roman" w:cs="Times New Roman"/>
          <w:color w:val="0D0D0D"/>
          <w:sz w:val="22"/>
        </w:rPr>
        <w:t>İhale</w:t>
      </w:r>
      <w:proofErr w:type="spellEnd"/>
      <w:r w:rsidR="002D2913">
        <w:rPr>
          <w:rFonts w:ascii="Times New Roman" w:hAnsi="Times New Roman" w:cs="Times New Roman"/>
          <w:color w:val="0D0D0D"/>
          <w:sz w:val="22"/>
        </w:rPr>
        <w:t xml:space="preserve"> </w:t>
      </w:r>
      <w:proofErr w:type="spellStart"/>
      <w:r w:rsidR="002D2913">
        <w:rPr>
          <w:rFonts w:ascii="Times New Roman" w:hAnsi="Times New Roman" w:cs="Times New Roman"/>
          <w:color w:val="0D0D0D"/>
          <w:sz w:val="22"/>
        </w:rPr>
        <w:t>Dosyasının</w:t>
      </w:r>
      <w:proofErr w:type="spellEnd"/>
      <w:r w:rsidRPr="002D2913">
        <w:rPr>
          <w:rFonts w:ascii="Times New Roman" w:hAnsi="Times New Roman" w:cs="Times New Roman"/>
          <w:color w:val="0D0D0D"/>
          <w:sz w:val="22"/>
        </w:rPr>
        <w:t xml:space="preserve"> </w:t>
      </w:r>
      <w:proofErr w:type="spellStart"/>
      <w:r w:rsidRPr="002D2913">
        <w:rPr>
          <w:rFonts w:ascii="Times New Roman" w:hAnsi="Times New Roman" w:cs="Times New Roman"/>
          <w:color w:val="0D0D0D"/>
          <w:sz w:val="22"/>
        </w:rPr>
        <w:t>Teslimi</w:t>
      </w:r>
      <w:proofErr w:type="spellEnd"/>
    </w:p>
    <w:p w14:paraId="5FF7621F" w14:textId="77777777" w:rsidR="00E7654F" w:rsidRPr="002D2913" w:rsidRDefault="00E7654F" w:rsidP="002D2913">
      <w:pPr>
        <w:pStyle w:val="x1yc453h"/>
        <w:shd w:val="clear" w:color="auto" w:fill="FFFFFF"/>
        <w:spacing w:after="0" w:afterAutospacing="0"/>
        <w:jc w:val="both"/>
        <w:rPr>
          <w:color w:val="0D0D0D"/>
          <w:sz w:val="22"/>
          <w:szCs w:val="22"/>
        </w:rPr>
      </w:pPr>
      <w:proofErr w:type="gramStart"/>
      <w:r w:rsidRPr="002D2913">
        <w:rPr>
          <w:color w:val="0D0D0D"/>
          <w:sz w:val="22"/>
          <w:szCs w:val="22"/>
        </w:rPr>
        <w:t>Yukarıda belirtilen araçların satış ihalesine teklif verecek istekliler; ihale zarflarını ve şartnamede belirtilen diğer belgelerini, şartname hükümlerine uygun olarak hazırlayarak, </w:t>
      </w:r>
      <w:r w:rsidRPr="002D2913">
        <w:rPr>
          <w:rStyle w:val="Gl"/>
          <w:color w:val="0D0D0D"/>
          <w:sz w:val="22"/>
          <w:szCs w:val="22"/>
        </w:rPr>
        <w:t>ihalenin yapılacağı tarihten 1 (bir) gün önce saat 17.00’ye kadar</w:t>
      </w:r>
      <w:r w:rsidRPr="002D2913">
        <w:rPr>
          <w:color w:val="0D0D0D"/>
          <w:sz w:val="22"/>
          <w:szCs w:val="22"/>
        </w:rPr>
        <w:t>, Belediye Hizmet Binasının 4. katında bulunan </w:t>
      </w:r>
      <w:r w:rsidRPr="002D2913">
        <w:rPr>
          <w:rStyle w:val="Gl"/>
          <w:b w:val="0"/>
          <w:color w:val="0D0D0D"/>
          <w:sz w:val="22"/>
          <w:szCs w:val="22"/>
        </w:rPr>
        <w:t>Makine İkmal Bakım ve Onarım Müdürlüğüne</w:t>
      </w:r>
      <w:r w:rsidRPr="002D2913">
        <w:rPr>
          <w:b/>
          <w:color w:val="0D0D0D"/>
          <w:sz w:val="22"/>
          <w:szCs w:val="22"/>
        </w:rPr>
        <w:t>,</w:t>
      </w:r>
      <w:r w:rsidRPr="002D2913">
        <w:rPr>
          <w:color w:val="0D0D0D"/>
          <w:sz w:val="22"/>
          <w:szCs w:val="22"/>
        </w:rPr>
        <w:t xml:space="preserve"> sıra numaralı alındı belgesi karşılığında teslim edeceklerdir.</w:t>
      </w:r>
      <w:proofErr w:type="gramEnd"/>
    </w:p>
    <w:p w14:paraId="307C1A3A" w14:textId="77777777" w:rsidR="00E7654F" w:rsidRPr="002D2913" w:rsidRDefault="00E7654F" w:rsidP="002D2913">
      <w:pPr>
        <w:pStyle w:val="x1yc453h"/>
        <w:shd w:val="clear" w:color="auto" w:fill="FFFFFF"/>
        <w:spacing w:after="0" w:afterAutospacing="0"/>
        <w:jc w:val="both"/>
        <w:rPr>
          <w:b/>
          <w:bCs/>
          <w:color w:val="0D0D0D"/>
          <w:sz w:val="22"/>
          <w:szCs w:val="22"/>
        </w:rPr>
      </w:pPr>
      <w:r w:rsidRPr="002D2913">
        <w:rPr>
          <w:color w:val="0D0D0D"/>
          <w:sz w:val="22"/>
          <w:szCs w:val="22"/>
        </w:rPr>
        <w:t xml:space="preserve">Belirtilen tarih ve saatten sonra yapılacak başvurular ve teslimler </w:t>
      </w:r>
      <w:r w:rsidRPr="002D2913">
        <w:rPr>
          <w:b/>
          <w:bCs/>
          <w:color w:val="0D0D0D"/>
          <w:sz w:val="22"/>
          <w:szCs w:val="22"/>
        </w:rPr>
        <w:t>kabul edilmeyecektir.</w:t>
      </w:r>
    </w:p>
    <w:p w14:paraId="2406EA2E" w14:textId="77777777" w:rsidR="00E7654F" w:rsidRPr="002D2913" w:rsidRDefault="00E7654F" w:rsidP="002D2913">
      <w:pPr>
        <w:pStyle w:val="Balk3"/>
        <w:shd w:val="clear" w:color="auto" w:fill="FFFFFF"/>
        <w:jc w:val="both"/>
        <w:rPr>
          <w:rFonts w:ascii="Times New Roman" w:hAnsi="Times New Roman" w:cs="Times New Roman"/>
          <w:color w:val="0D0D0D"/>
          <w:sz w:val="22"/>
        </w:rPr>
      </w:pPr>
      <w:r w:rsidRPr="002D2913">
        <w:rPr>
          <w:rFonts w:ascii="Times New Roman" w:hAnsi="Times New Roman" w:cs="Times New Roman"/>
          <w:color w:val="0D0D0D"/>
          <w:sz w:val="22"/>
        </w:rPr>
        <w:t xml:space="preserve">4- </w:t>
      </w:r>
      <w:proofErr w:type="spellStart"/>
      <w:r w:rsidRPr="002D2913">
        <w:rPr>
          <w:rFonts w:ascii="Times New Roman" w:hAnsi="Times New Roman" w:cs="Times New Roman"/>
          <w:color w:val="0D0D0D"/>
          <w:sz w:val="22"/>
        </w:rPr>
        <w:t>İhaleye</w:t>
      </w:r>
      <w:proofErr w:type="spellEnd"/>
      <w:r w:rsidRPr="002D2913">
        <w:rPr>
          <w:rFonts w:ascii="Times New Roman" w:hAnsi="Times New Roman" w:cs="Times New Roman"/>
          <w:color w:val="0D0D0D"/>
          <w:sz w:val="22"/>
        </w:rPr>
        <w:t xml:space="preserve"> </w:t>
      </w:r>
      <w:proofErr w:type="spellStart"/>
      <w:r w:rsidRPr="002D2913">
        <w:rPr>
          <w:rFonts w:ascii="Times New Roman" w:hAnsi="Times New Roman" w:cs="Times New Roman"/>
          <w:color w:val="0D0D0D"/>
          <w:sz w:val="22"/>
        </w:rPr>
        <w:t>Katılacak</w:t>
      </w:r>
      <w:proofErr w:type="spellEnd"/>
      <w:r w:rsidRPr="002D2913">
        <w:rPr>
          <w:rFonts w:ascii="Times New Roman" w:hAnsi="Times New Roman" w:cs="Times New Roman"/>
          <w:color w:val="0D0D0D"/>
          <w:sz w:val="22"/>
        </w:rPr>
        <w:t xml:space="preserve"> </w:t>
      </w:r>
      <w:proofErr w:type="spellStart"/>
      <w:r w:rsidRPr="002D2913">
        <w:rPr>
          <w:rFonts w:ascii="Times New Roman" w:hAnsi="Times New Roman" w:cs="Times New Roman"/>
          <w:color w:val="0D0D0D"/>
          <w:sz w:val="22"/>
        </w:rPr>
        <w:t>İsteklilerden</w:t>
      </w:r>
      <w:proofErr w:type="spellEnd"/>
      <w:r w:rsidRPr="002D2913">
        <w:rPr>
          <w:rFonts w:ascii="Times New Roman" w:hAnsi="Times New Roman" w:cs="Times New Roman"/>
          <w:color w:val="0D0D0D"/>
          <w:sz w:val="22"/>
        </w:rPr>
        <w:t xml:space="preserve"> </w:t>
      </w:r>
      <w:proofErr w:type="spellStart"/>
      <w:r w:rsidRPr="002D2913">
        <w:rPr>
          <w:rFonts w:ascii="Times New Roman" w:hAnsi="Times New Roman" w:cs="Times New Roman"/>
          <w:color w:val="0D0D0D"/>
          <w:sz w:val="22"/>
        </w:rPr>
        <w:t>Aranacak</w:t>
      </w:r>
      <w:proofErr w:type="spellEnd"/>
      <w:r w:rsidRPr="002D2913">
        <w:rPr>
          <w:rFonts w:ascii="Times New Roman" w:hAnsi="Times New Roman" w:cs="Times New Roman"/>
          <w:color w:val="0D0D0D"/>
          <w:sz w:val="22"/>
        </w:rPr>
        <w:t xml:space="preserve"> </w:t>
      </w:r>
      <w:proofErr w:type="spellStart"/>
      <w:r w:rsidRPr="002D2913">
        <w:rPr>
          <w:rFonts w:ascii="Times New Roman" w:hAnsi="Times New Roman" w:cs="Times New Roman"/>
          <w:color w:val="0D0D0D"/>
          <w:sz w:val="22"/>
        </w:rPr>
        <w:t>Şartlar</w:t>
      </w:r>
      <w:proofErr w:type="spellEnd"/>
      <w:r w:rsidRPr="002D2913">
        <w:rPr>
          <w:rFonts w:ascii="Times New Roman" w:hAnsi="Times New Roman" w:cs="Times New Roman"/>
          <w:color w:val="0D0D0D"/>
          <w:sz w:val="22"/>
        </w:rPr>
        <w:t xml:space="preserve"> </w:t>
      </w:r>
      <w:proofErr w:type="spellStart"/>
      <w:r w:rsidRPr="002D2913">
        <w:rPr>
          <w:rFonts w:ascii="Times New Roman" w:hAnsi="Times New Roman" w:cs="Times New Roman"/>
          <w:color w:val="0D0D0D"/>
          <w:sz w:val="22"/>
        </w:rPr>
        <w:t>ve</w:t>
      </w:r>
      <w:proofErr w:type="spellEnd"/>
      <w:r w:rsidRPr="002D2913">
        <w:rPr>
          <w:rFonts w:ascii="Times New Roman" w:hAnsi="Times New Roman" w:cs="Times New Roman"/>
          <w:color w:val="0D0D0D"/>
          <w:sz w:val="22"/>
        </w:rPr>
        <w:t xml:space="preserve"> </w:t>
      </w:r>
      <w:proofErr w:type="spellStart"/>
      <w:r w:rsidRPr="002D2913">
        <w:rPr>
          <w:rFonts w:ascii="Times New Roman" w:hAnsi="Times New Roman" w:cs="Times New Roman"/>
          <w:color w:val="0D0D0D"/>
          <w:sz w:val="22"/>
        </w:rPr>
        <w:t>Belgeler</w:t>
      </w:r>
      <w:proofErr w:type="spellEnd"/>
    </w:p>
    <w:p w14:paraId="679F0CBE" w14:textId="3F90D5E8" w:rsidR="002D2913" w:rsidRPr="002D2913" w:rsidRDefault="002D2913" w:rsidP="002D2913">
      <w:pPr>
        <w:spacing w:before="160" w:after="0"/>
        <w:jc w:val="both"/>
        <w:rPr>
          <w:rFonts w:cs="Times New Roman"/>
          <w:sz w:val="22"/>
        </w:rPr>
      </w:pPr>
      <w:r w:rsidRPr="002D2913">
        <w:rPr>
          <w:rFonts w:cs="Times New Roman"/>
          <w:b/>
          <w:sz w:val="22"/>
        </w:rPr>
        <w:t>GERÇEK KİŞİLER</w:t>
      </w:r>
    </w:p>
    <w:p w14:paraId="5BB8B23C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1.Yasal </w:t>
      </w:r>
      <w:proofErr w:type="spellStart"/>
      <w:r w:rsidRPr="002D2913">
        <w:rPr>
          <w:rFonts w:cs="Times New Roman"/>
          <w:sz w:val="22"/>
        </w:rPr>
        <w:t>yerleşim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yeri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belgesi</w:t>
      </w:r>
      <w:proofErr w:type="spellEnd"/>
      <w:r w:rsidRPr="002D2913">
        <w:rPr>
          <w:rFonts w:cs="Times New Roman"/>
          <w:sz w:val="22"/>
        </w:rPr>
        <w:t>,</w:t>
      </w:r>
    </w:p>
    <w:p w14:paraId="579A8023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2.Nüfus </w:t>
      </w:r>
      <w:proofErr w:type="spellStart"/>
      <w:r w:rsidRPr="002D2913">
        <w:rPr>
          <w:rFonts w:cs="Times New Roman"/>
          <w:sz w:val="22"/>
        </w:rPr>
        <w:t>kayıt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örneği</w:t>
      </w:r>
      <w:proofErr w:type="spellEnd"/>
    </w:p>
    <w:p w14:paraId="5D329E79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3.Tebligat </w:t>
      </w:r>
      <w:proofErr w:type="spellStart"/>
      <w:r w:rsidRPr="002D2913">
        <w:rPr>
          <w:rFonts w:cs="Times New Roman"/>
          <w:sz w:val="22"/>
        </w:rPr>
        <w:t>için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Türkiye'de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adres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göstermeleri</w:t>
      </w:r>
      <w:proofErr w:type="spellEnd"/>
      <w:r w:rsidRPr="002D2913">
        <w:rPr>
          <w:rFonts w:cs="Times New Roman"/>
          <w:sz w:val="22"/>
        </w:rPr>
        <w:t xml:space="preserve">. </w:t>
      </w:r>
      <w:proofErr w:type="spellStart"/>
      <w:r w:rsidRPr="002D2913">
        <w:rPr>
          <w:rFonts w:cs="Times New Roman"/>
          <w:sz w:val="22"/>
        </w:rPr>
        <w:t>Ayrıca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irtibat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için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telefon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numarası</w:t>
      </w:r>
      <w:proofErr w:type="spellEnd"/>
      <w:r w:rsidRPr="002D2913">
        <w:rPr>
          <w:rFonts w:cs="Times New Roman"/>
          <w:sz w:val="22"/>
        </w:rPr>
        <w:t xml:space="preserve">, </w:t>
      </w:r>
      <w:proofErr w:type="spellStart"/>
      <w:r w:rsidRPr="002D2913">
        <w:rPr>
          <w:rFonts w:cs="Times New Roman"/>
          <w:sz w:val="22"/>
        </w:rPr>
        <w:t>var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ise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faks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numarası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ile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elektronik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posta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adresi</w:t>
      </w:r>
      <w:proofErr w:type="spellEnd"/>
      <w:r w:rsidRPr="002D2913">
        <w:rPr>
          <w:rFonts w:cs="Times New Roman"/>
          <w:sz w:val="22"/>
        </w:rPr>
        <w:t>.</w:t>
      </w:r>
    </w:p>
    <w:p w14:paraId="79F6670A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4. </w:t>
      </w:r>
      <w:proofErr w:type="spellStart"/>
      <w:r w:rsidRPr="002D2913">
        <w:rPr>
          <w:rFonts w:cs="Times New Roman"/>
          <w:sz w:val="22"/>
        </w:rPr>
        <w:t>Şartnamede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belirlenen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geçici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teminata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ait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alındı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belgesi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veya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banka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teminat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mektubu</w:t>
      </w:r>
      <w:proofErr w:type="spellEnd"/>
      <w:r w:rsidRPr="002D2913">
        <w:rPr>
          <w:rFonts w:cs="Times New Roman"/>
          <w:sz w:val="22"/>
        </w:rPr>
        <w:t>.</w:t>
      </w:r>
    </w:p>
    <w:p w14:paraId="7CDBD7BA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5.Noter </w:t>
      </w:r>
      <w:proofErr w:type="spellStart"/>
      <w:r w:rsidRPr="002D2913">
        <w:rPr>
          <w:rFonts w:cs="Times New Roman"/>
          <w:sz w:val="22"/>
        </w:rPr>
        <w:t>tasdikli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imza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beyannamesi</w:t>
      </w:r>
      <w:proofErr w:type="spellEnd"/>
      <w:r w:rsidRPr="002D2913">
        <w:rPr>
          <w:rFonts w:cs="Times New Roman"/>
          <w:sz w:val="22"/>
        </w:rPr>
        <w:t>.</w:t>
      </w:r>
    </w:p>
    <w:p w14:paraId="18EFE665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6.Ortak </w:t>
      </w:r>
      <w:proofErr w:type="spellStart"/>
      <w:r w:rsidRPr="002D2913">
        <w:rPr>
          <w:rFonts w:cs="Times New Roman"/>
          <w:sz w:val="22"/>
        </w:rPr>
        <w:t>katılım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olması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halinde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istenilen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diğer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belgeler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ile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birlikte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noter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tasdikli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ortak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girişim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beyannamesi</w:t>
      </w:r>
      <w:proofErr w:type="spellEnd"/>
      <w:r w:rsidRPr="002D2913">
        <w:rPr>
          <w:rFonts w:cs="Times New Roman"/>
          <w:sz w:val="22"/>
        </w:rPr>
        <w:t>.</w:t>
      </w:r>
    </w:p>
    <w:p w14:paraId="466672DA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7.Vekaleten </w:t>
      </w:r>
      <w:proofErr w:type="spellStart"/>
      <w:r w:rsidRPr="002D2913">
        <w:rPr>
          <w:rFonts w:cs="Times New Roman"/>
          <w:sz w:val="22"/>
        </w:rPr>
        <w:t>katılması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halinde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noter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tasdikli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vekaletname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ile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vekilin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noter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onaylı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imza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örneği</w:t>
      </w:r>
      <w:proofErr w:type="spellEnd"/>
      <w:r w:rsidRPr="002D2913">
        <w:rPr>
          <w:rFonts w:cs="Times New Roman"/>
          <w:sz w:val="22"/>
        </w:rPr>
        <w:t>.</w:t>
      </w:r>
    </w:p>
    <w:p w14:paraId="6350FDF1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8.İhale </w:t>
      </w:r>
      <w:proofErr w:type="spellStart"/>
      <w:r w:rsidRPr="002D2913">
        <w:rPr>
          <w:rFonts w:cs="Times New Roman"/>
          <w:sz w:val="22"/>
        </w:rPr>
        <w:t>dokümanının</w:t>
      </w:r>
      <w:proofErr w:type="spellEnd"/>
      <w:r w:rsidRPr="002D2913">
        <w:rPr>
          <w:rFonts w:cs="Times New Roman"/>
          <w:sz w:val="22"/>
        </w:rPr>
        <w:t xml:space="preserve"> satın </w:t>
      </w:r>
      <w:proofErr w:type="spellStart"/>
      <w:r w:rsidRPr="002D2913">
        <w:rPr>
          <w:rFonts w:cs="Times New Roman"/>
          <w:sz w:val="22"/>
        </w:rPr>
        <w:t>alındığına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dair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makbuz</w:t>
      </w:r>
      <w:proofErr w:type="spellEnd"/>
      <w:r w:rsidRPr="002D2913">
        <w:rPr>
          <w:rFonts w:cs="Times New Roman"/>
          <w:sz w:val="22"/>
        </w:rPr>
        <w:t>.</w:t>
      </w:r>
    </w:p>
    <w:p w14:paraId="352B0435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9.Fatsa </w:t>
      </w:r>
      <w:proofErr w:type="spellStart"/>
      <w:r w:rsidRPr="002D2913">
        <w:rPr>
          <w:rFonts w:cs="Times New Roman"/>
          <w:sz w:val="22"/>
        </w:rPr>
        <w:t>Belediyesinden</w:t>
      </w:r>
      <w:proofErr w:type="spellEnd"/>
      <w:r w:rsidRPr="002D2913">
        <w:rPr>
          <w:rFonts w:cs="Times New Roman"/>
          <w:sz w:val="22"/>
        </w:rPr>
        <w:t xml:space="preserve"> ilk </w:t>
      </w:r>
      <w:proofErr w:type="spellStart"/>
      <w:r w:rsidRPr="002D2913">
        <w:rPr>
          <w:rFonts w:cs="Times New Roman"/>
          <w:sz w:val="22"/>
        </w:rPr>
        <w:t>ihale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ilan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tarihi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itibarıyla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alınmış</w:t>
      </w:r>
      <w:proofErr w:type="spellEnd"/>
      <w:r w:rsidRPr="002D2913">
        <w:rPr>
          <w:rFonts w:cs="Times New Roman"/>
          <w:sz w:val="22"/>
        </w:rPr>
        <w:t xml:space="preserve">; </w:t>
      </w:r>
      <w:proofErr w:type="spellStart"/>
      <w:r w:rsidRPr="002D2913">
        <w:rPr>
          <w:rFonts w:cs="Times New Roman"/>
          <w:sz w:val="22"/>
        </w:rPr>
        <w:t>Borcu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Yoktur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Belgesi</w:t>
      </w:r>
      <w:proofErr w:type="spellEnd"/>
      <w:r w:rsidRPr="002D2913">
        <w:rPr>
          <w:rFonts w:cs="Times New Roman"/>
          <w:sz w:val="22"/>
        </w:rPr>
        <w:t>.</w:t>
      </w:r>
    </w:p>
    <w:p w14:paraId="12B44790" w14:textId="77777777" w:rsidR="002D2913" w:rsidRDefault="002D2913" w:rsidP="002D2913">
      <w:pPr>
        <w:spacing w:before="160" w:after="0"/>
        <w:jc w:val="both"/>
        <w:rPr>
          <w:rFonts w:cs="Times New Roman"/>
          <w:b/>
          <w:sz w:val="22"/>
        </w:rPr>
      </w:pPr>
    </w:p>
    <w:p w14:paraId="4E4D302F" w14:textId="1F261304" w:rsidR="002D2913" w:rsidRPr="002D2913" w:rsidRDefault="002D2913" w:rsidP="002D2913">
      <w:pPr>
        <w:spacing w:before="160" w:after="0"/>
        <w:jc w:val="both"/>
        <w:rPr>
          <w:rFonts w:cs="Times New Roman"/>
          <w:sz w:val="22"/>
        </w:rPr>
      </w:pPr>
      <w:r w:rsidRPr="002D2913">
        <w:rPr>
          <w:rFonts w:cs="Times New Roman"/>
          <w:b/>
          <w:sz w:val="22"/>
        </w:rPr>
        <w:lastRenderedPageBreak/>
        <w:t>TÜZEL KİŞİLER</w:t>
      </w:r>
    </w:p>
    <w:p w14:paraId="023E4721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1.Şirketin </w:t>
      </w:r>
      <w:proofErr w:type="spellStart"/>
      <w:r w:rsidRPr="002D2913">
        <w:rPr>
          <w:rFonts w:cs="Times New Roman"/>
          <w:sz w:val="22"/>
        </w:rPr>
        <w:t>kanuni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adresini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belirten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adres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beyanı</w:t>
      </w:r>
      <w:proofErr w:type="spellEnd"/>
      <w:r w:rsidRPr="002D2913">
        <w:rPr>
          <w:rFonts w:cs="Times New Roman"/>
          <w:sz w:val="22"/>
        </w:rPr>
        <w:t xml:space="preserve">, </w:t>
      </w:r>
      <w:proofErr w:type="spellStart"/>
      <w:r w:rsidRPr="002D2913">
        <w:rPr>
          <w:rFonts w:cs="Times New Roman"/>
          <w:sz w:val="22"/>
        </w:rPr>
        <w:t>ayrıca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irtibat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için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telefon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numarası</w:t>
      </w:r>
      <w:proofErr w:type="spellEnd"/>
      <w:r w:rsidRPr="002D2913">
        <w:rPr>
          <w:rFonts w:cs="Times New Roman"/>
          <w:sz w:val="22"/>
        </w:rPr>
        <w:t xml:space="preserve">, </w:t>
      </w:r>
      <w:proofErr w:type="spellStart"/>
      <w:r w:rsidRPr="002D2913">
        <w:rPr>
          <w:rFonts w:cs="Times New Roman"/>
          <w:sz w:val="22"/>
        </w:rPr>
        <w:t>var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ise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faks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numarası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ve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elektronik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posta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adresi</w:t>
      </w:r>
      <w:proofErr w:type="spellEnd"/>
    </w:p>
    <w:p w14:paraId="2A3B7E7A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2.Teklif </w:t>
      </w:r>
      <w:proofErr w:type="spellStart"/>
      <w:r w:rsidRPr="002D2913">
        <w:rPr>
          <w:rFonts w:cs="Times New Roman"/>
          <w:sz w:val="22"/>
        </w:rPr>
        <w:t>vermeye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yetkili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olduğunu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gösteren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noter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tasdikli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imza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sirküleri</w:t>
      </w:r>
      <w:proofErr w:type="spellEnd"/>
      <w:r w:rsidRPr="002D2913">
        <w:rPr>
          <w:rFonts w:cs="Times New Roman"/>
          <w:sz w:val="22"/>
        </w:rPr>
        <w:t>.</w:t>
      </w:r>
    </w:p>
    <w:p w14:paraId="476FDEB8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3.Ticaret </w:t>
      </w:r>
      <w:proofErr w:type="spellStart"/>
      <w:r w:rsidRPr="002D2913">
        <w:rPr>
          <w:rFonts w:cs="Times New Roman"/>
          <w:sz w:val="22"/>
        </w:rPr>
        <w:t>ve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Sanayi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Odası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ya</w:t>
      </w:r>
      <w:proofErr w:type="spellEnd"/>
      <w:r w:rsidRPr="002D2913">
        <w:rPr>
          <w:rFonts w:cs="Times New Roman"/>
          <w:sz w:val="22"/>
        </w:rPr>
        <w:t xml:space="preserve"> da </w:t>
      </w:r>
      <w:proofErr w:type="spellStart"/>
      <w:r w:rsidRPr="002D2913">
        <w:rPr>
          <w:rFonts w:cs="Times New Roman"/>
          <w:sz w:val="22"/>
        </w:rPr>
        <w:t>Esnaf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ve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Sanatkarlar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Odasından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veya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ilgili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meslek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odasından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alınmış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odaya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kayıtlı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olduğunu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gösterir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belge</w:t>
      </w:r>
      <w:proofErr w:type="spellEnd"/>
      <w:r w:rsidRPr="002D2913">
        <w:rPr>
          <w:rFonts w:cs="Times New Roman"/>
          <w:sz w:val="22"/>
        </w:rPr>
        <w:t>.</w:t>
      </w:r>
    </w:p>
    <w:p w14:paraId="29C025DE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4.Şartnamede </w:t>
      </w:r>
      <w:proofErr w:type="spellStart"/>
      <w:r w:rsidRPr="002D2913">
        <w:rPr>
          <w:rFonts w:cs="Times New Roman"/>
          <w:sz w:val="22"/>
        </w:rPr>
        <w:t>belirlenen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geçici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teminata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ait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alındı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belgesi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veya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banka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teminat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mektubu</w:t>
      </w:r>
      <w:proofErr w:type="spellEnd"/>
      <w:r w:rsidRPr="002D2913">
        <w:rPr>
          <w:rFonts w:cs="Times New Roman"/>
          <w:sz w:val="22"/>
        </w:rPr>
        <w:t>.</w:t>
      </w:r>
    </w:p>
    <w:p w14:paraId="4B797423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5.Ortak </w:t>
      </w:r>
      <w:proofErr w:type="spellStart"/>
      <w:r w:rsidRPr="002D2913">
        <w:rPr>
          <w:rFonts w:cs="Times New Roman"/>
          <w:sz w:val="22"/>
        </w:rPr>
        <w:t>katılım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olması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halinde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istenilen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diğer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belgeler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ile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birlikte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noter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tasdikli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ortak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girişim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beyannamesi</w:t>
      </w:r>
      <w:proofErr w:type="spellEnd"/>
      <w:r w:rsidRPr="002D2913">
        <w:rPr>
          <w:rFonts w:cs="Times New Roman"/>
          <w:sz w:val="22"/>
        </w:rPr>
        <w:t>.</w:t>
      </w:r>
    </w:p>
    <w:p w14:paraId="0D694F4A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6.Vekaleten </w:t>
      </w:r>
      <w:proofErr w:type="spellStart"/>
      <w:r w:rsidRPr="002D2913">
        <w:rPr>
          <w:rFonts w:cs="Times New Roman"/>
          <w:sz w:val="22"/>
        </w:rPr>
        <w:t>katılması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halinde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noter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tasdikli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vekaletname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ile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şirket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imza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sirkülerinin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yanında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vekilin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noter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onaylı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imza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örneği</w:t>
      </w:r>
      <w:proofErr w:type="spellEnd"/>
      <w:r w:rsidRPr="002D2913">
        <w:rPr>
          <w:rFonts w:cs="Times New Roman"/>
          <w:sz w:val="22"/>
        </w:rPr>
        <w:t>.</w:t>
      </w:r>
    </w:p>
    <w:p w14:paraId="1C1384EE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7.İhale </w:t>
      </w:r>
      <w:proofErr w:type="spellStart"/>
      <w:r w:rsidRPr="002D2913">
        <w:rPr>
          <w:rFonts w:cs="Times New Roman"/>
          <w:sz w:val="22"/>
        </w:rPr>
        <w:t>dokümanının</w:t>
      </w:r>
      <w:proofErr w:type="spellEnd"/>
      <w:r w:rsidRPr="002D2913">
        <w:rPr>
          <w:rFonts w:cs="Times New Roman"/>
          <w:sz w:val="22"/>
        </w:rPr>
        <w:t xml:space="preserve"> satın </w:t>
      </w:r>
      <w:proofErr w:type="spellStart"/>
      <w:r w:rsidRPr="002D2913">
        <w:rPr>
          <w:rFonts w:cs="Times New Roman"/>
          <w:sz w:val="22"/>
        </w:rPr>
        <w:t>alındığına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dair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makbuz</w:t>
      </w:r>
      <w:proofErr w:type="spellEnd"/>
      <w:r w:rsidRPr="002D2913">
        <w:rPr>
          <w:rFonts w:cs="Times New Roman"/>
          <w:sz w:val="22"/>
        </w:rPr>
        <w:t>.</w:t>
      </w:r>
    </w:p>
    <w:p w14:paraId="33DF5708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8.Fatsa </w:t>
      </w:r>
      <w:proofErr w:type="spellStart"/>
      <w:r w:rsidRPr="002D2913">
        <w:rPr>
          <w:rFonts w:cs="Times New Roman"/>
          <w:sz w:val="22"/>
        </w:rPr>
        <w:t>Belediyesinden</w:t>
      </w:r>
      <w:proofErr w:type="spellEnd"/>
      <w:r w:rsidRPr="002D2913">
        <w:rPr>
          <w:rFonts w:cs="Times New Roman"/>
          <w:sz w:val="22"/>
        </w:rPr>
        <w:t xml:space="preserve"> ilk </w:t>
      </w:r>
      <w:proofErr w:type="spellStart"/>
      <w:r w:rsidRPr="002D2913">
        <w:rPr>
          <w:rFonts w:cs="Times New Roman"/>
          <w:sz w:val="22"/>
        </w:rPr>
        <w:t>ihale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ilan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tarihi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itibarıyla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alınmış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şirket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ve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şirket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ortaklarının</w:t>
      </w:r>
      <w:proofErr w:type="spellEnd"/>
      <w:r w:rsidRPr="002D2913">
        <w:rPr>
          <w:rFonts w:cs="Times New Roman"/>
          <w:sz w:val="22"/>
        </w:rPr>
        <w:t xml:space="preserve"> “</w:t>
      </w:r>
      <w:proofErr w:type="spellStart"/>
      <w:r w:rsidRPr="002D2913">
        <w:rPr>
          <w:rFonts w:cs="Times New Roman"/>
          <w:sz w:val="22"/>
        </w:rPr>
        <w:t>borcu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yoktur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belgesi</w:t>
      </w:r>
      <w:proofErr w:type="spellEnd"/>
      <w:r w:rsidRPr="002D2913">
        <w:rPr>
          <w:rFonts w:cs="Times New Roman"/>
          <w:sz w:val="22"/>
        </w:rPr>
        <w:t>”</w:t>
      </w:r>
    </w:p>
    <w:p w14:paraId="1A1AAD11" w14:textId="77777777" w:rsidR="002D2913" w:rsidRPr="002D2913" w:rsidRDefault="002D2913" w:rsidP="002D2913">
      <w:pPr>
        <w:spacing w:after="0" w:line="252" w:lineRule="auto"/>
        <w:jc w:val="both"/>
        <w:rPr>
          <w:rFonts w:cs="Times New Roman"/>
          <w:sz w:val="22"/>
        </w:rPr>
      </w:pPr>
      <w:r w:rsidRPr="002D2913">
        <w:rPr>
          <w:rFonts w:cs="Times New Roman"/>
          <w:sz w:val="22"/>
        </w:rPr>
        <w:t xml:space="preserve">9.Tüzel </w:t>
      </w:r>
      <w:proofErr w:type="spellStart"/>
      <w:r w:rsidRPr="002D2913">
        <w:rPr>
          <w:rFonts w:cs="Times New Roman"/>
          <w:sz w:val="22"/>
        </w:rPr>
        <w:t>kişiliklerde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ortakları</w:t>
      </w:r>
      <w:proofErr w:type="spellEnd"/>
      <w:r w:rsidRPr="002D2913">
        <w:rPr>
          <w:rFonts w:cs="Times New Roman"/>
          <w:sz w:val="22"/>
        </w:rPr>
        <w:t xml:space="preserve">, </w:t>
      </w:r>
      <w:proofErr w:type="spellStart"/>
      <w:r w:rsidRPr="002D2913">
        <w:rPr>
          <w:rFonts w:cs="Times New Roman"/>
          <w:sz w:val="22"/>
        </w:rPr>
        <w:t>üyeleri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veya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kurucuları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ile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tüzel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kişiliğin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yönetimindeki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görevlerini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belirten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ticaret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sicil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gazetesinin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aslı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veya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ihalenin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yapıldığı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yıl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içinde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alınmış</w:t>
      </w:r>
      <w:proofErr w:type="spellEnd"/>
      <w:r w:rsidRPr="002D2913">
        <w:rPr>
          <w:rFonts w:cs="Times New Roman"/>
          <w:sz w:val="22"/>
        </w:rPr>
        <w:t xml:space="preserve"> son </w:t>
      </w:r>
      <w:proofErr w:type="spellStart"/>
      <w:r w:rsidRPr="002D2913">
        <w:rPr>
          <w:rFonts w:cs="Times New Roman"/>
          <w:sz w:val="22"/>
        </w:rPr>
        <w:t>güncel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tasdikli</w:t>
      </w:r>
      <w:proofErr w:type="spellEnd"/>
      <w:r w:rsidRPr="002D2913">
        <w:rPr>
          <w:rFonts w:cs="Times New Roman"/>
          <w:sz w:val="22"/>
        </w:rPr>
        <w:t xml:space="preserve"> </w:t>
      </w:r>
      <w:proofErr w:type="spellStart"/>
      <w:r w:rsidRPr="002D2913">
        <w:rPr>
          <w:rFonts w:cs="Times New Roman"/>
          <w:sz w:val="22"/>
        </w:rPr>
        <w:t>örneği</w:t>
      </w:r>
      <w:proofErr w:type="spellEnd"/>
      <w:r w:rsidRPr="002D2913">
        <w:rPr>
          <w:rFonts w:cs="Times New Roman"/>
          <w:sz w:val="22"/>
        </w:rPr>
        <w:t>.</w:t>
      </w:r>
    </w:p>
    <w:p w14:paraId="56B02CD7" w14:textId="471E11D6" w:rsidR="00E7654F" w:rsidRPr="002D2913" w:rsidRDefault="00E7654F" w:rsidP="002D2913">
      <w:pPr>
        <w:pStyle w:val="Balk4"/>
        <w:shd w:val="clear" w:color="auto" w:fill="FFFFFF"/>
        <w:jc w:val="both"/>
        <w:rPr>
          <w:rFonts w:ascii="Times New Roman" w:hAnsi="Times New Roman" w:cs="Times New Roman"/>
          <w:color w:val="0D0D0D"/>
          <w:sz w:val="22"/>
        </w:rPr>
      </w:pPr>
      <w:r w:rsidRPr="002D2913">
        <w:rPr>
          <w:rFonts w:ascii="Times New Roman" w:hAnsi="Times New Roman" w:cs="Times New Roman"/>
          <w:color w:val="0D0D0D"/>
          <w:sz w:val="22"/>
        </w:rPr>
        <w:t xml:space="preserve">5- </w:t>
      </w:r>
      <w:proofErr w:type="spellStart"/>
      <w:r w:rsidRPr="002D2913">
        <w:rPr>
          <w:rFonts w:ascii="Times New Roman" w:hAnsi="Times New Roman" w:cs="Times New Roman"/>
          <w:color w:val="0D0D0D"/>
          <w:sz w:val="22"/>
        </w:rPr>
        <w:t>İdarenin</w:t>
      </w:r>
      <w:proofErr w:type="spellEnd"/>
      <w:r w:rsidRPr="002D2913">
        <w:rPr>
          <w:rFonts w:ascii="Times New Roman" w:hAnsi="Times New Roman" w:cs="Times New Roman"/>
          <w:color w:val="0D0D0D"/>
          <w:sz w:val="22"/>
        </w:rPr>
        <w:t xml:space="preserve"> </w:t>
      </w:r>
      <w:proofErr w:type="spellStart"/>
      <w:r w:rsidRPr="002D2913">
        <w:rPr>
          <w:rFonts w:ascii="Times New Roman" w:hAnsi="Times New Roman" w:cs="Times New Roman"/>
          <w:color w:val="0D0D0D"/>
          <w:sz w:val="22"/>
        </w:rPr>
        <w:t>Yetkisi</w:t>
      </w:r>
      <w:proofErr w:type="spellEnd"/>
    </w:p>
    <w:p w14:paraId="2206F604" w14:textId="504A6818" w:rsidR="00E9672F" w:rsidRPr="002D2913" w:rsidRDefault="00E7654F" w:rsidP="002D2913">
      <w:pPr>
        <w:pStyle w:val="x1yc453h"/>
        <w:shd w:val="clear" w:color="auto" w:fill="FFFFFF"/>
        <w:spacing w:after="0" w:afterAutospacing="0"/>
        <w:jc w:val="both"/>
        <w:rPr>
          <w:color w:val="0D0D0D"/>
          <w:sz w:val="22"/>
          <w:szCs w:val="22"/>
        </w:rPr>
      </w:pPr>
      <w:r w:rsidRPr="002D2913">
        <w:rPr>
          <w:color w:val="0D0D0D"/>
          <w:sz w:val="22"/>
          <w:szCs w:val="22"/>
        </w:rPr>
        <w:t xml:space="preserve">İdare, ihaleyi </w:t>
      </w:r>
      <w:bookmarkStart w:id="0" w:name="_GoBack"/>
      <w:bookmarkEnd w:id="0"/>
      <w:r w:rsidRPr="002D2913">
        <w:rPr>
          <w:color w:val="0D0D0D"/>
          <w:sz w:val="22"/>
          <w:szCs w:val="22"/>
        </w:rPr>
        <w:t>yapıp yapmamakta ve uygun bedeli tespit etmekte serbesttir.</w:t>
      </w:r>
      <w:r w:rsidR="002D2913">
        <w:rPr>
          <w:color w:val="0D0D0D"/>
          <w:sz w:val="22"/>
          <w:szCs w:val="22"/>
        </w:rPr>
        <w:t xml:space="preserve"> </w:t>
      </w:r>
      <w:r w:rsidRPr="002D2913">
        <w:rPr>
          <w:color w:val="0D0D0D"/>
          <w:sz w:val="22"/>
          <w:szCs w:val="22"/>
        </w:rPr>
        <w:t>2886 sayılı Devlet İhale Kanunu hükümleri gereğince ilan olunur.</w:t>
      </w:r>
    </w:p>
    <w:p w14:paraId="5846BA85" w14:textId="0999021B" w:rsidR="00CE6773" w:rsidRPr="002D2913" w:rsidRDefault="00CE6773" w:rsidP="002D2913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2"/>
          <w:szCs w:val="22"/>
        </w:rPr>
      </w:pPr>
      <w:r w:rsidRPr="002D2913">
        <w:rPr>
          <w:color w:val="0D0D0D"/>
          <w:sz w:val="22"/>
          <w:szCs w:val="22"/>
        </w:rPr>
        <w:tab/>
      </w:r>
      <w:r w:rsidRPr="002D2913">
        <w:rPr>
          <w:color w:val="0D0D0D"/>
          <w:sz w:val="22"/>
          <w:szCs w:val="22"/>
        </w:rPr>
        <w:tab/>
      </w:r>
      <w:r w:rsidRPr="002D2913">
        <w:rPr>
          <w:color w:val="0D0D0D"/>
          <w:sz w:val="22"/>
          <w:szCs w:val="22"/>
        </w:rPr>
        <w:tab/>
      </w:r>
      <w:r w:rsidRPr="002D2913">
        <w:rPr>
          <w:color w:val="0D0D0D"/>
          <w:sz w:val="22"/>
          <w:szCs w:val="22"/>
        </w:rPr>
        <w:tab/>
      </w:r>
      <w:r w:rsidRPr="002D2913">
        <w:rPr>
          <w:color w:val="0D0D0D"/>
          <w:sz w:val="22"/>
          <w:szCs w:val="22"/>
        </w:rPr>
        <w:tab/>
      </w:r>
      <w:r w:rsidRPr="002D2913">
        <w:rPr>
          <w:color w:val="0D0D0D"/>
          <w:sz w:val="22"/>
          <w:szCs w:val="22"/>
        </w:rPr>
        <w:tab/>
      </w:r>
      <w:r w:rsidRPr="002D2913">
        <w:rPr>
          <w:color w:val="0D0D0D"/>
          <w:sz w:val="22"/>
          <w:szCs w:val="22"/>
        </w:rPr>
        <w:tab/>
      </w:r>
      <w:r w:rsidRPr="002D2913">
        <w:rPr>
          <w:color w:val="0D0D0D"/>
          <w:sz w:val="22"/>
          <w:szCs w:val="22"/>
        </w:rPr>
        <w:tab/>
        <w:t xml:space="preserve">Fatsa Belediye Başkanlığı </w:t>
      </w:r>
    </w:p>
    <w:p w14:paraId="692F622F" w14:textId="2E08CBF8" w:rsidR="00CE6773" w:rsidRPr="002D2913" w:rsidRDefault="00CE6773" w:rsidP="002D2913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2"/>
          <w:szCs w:val="22"/>
        </w:rPr>
      </w:pPr>
      <w:r w:rsidRPr="002D2913">
        <w:rPr>
          <w:color w:val="0D0D0D"/>
          <w:sz w:val="22"/>
          <w:szCs w:val="22"/>
        </w:rPr>
        <w:tab/>
      </w:r>
      <w:r w:rsidRPr="002D2913">
        <w:rPr>
          <w:color w:val="0D0D0D"/>
          <w:sz w:val="22"/>
          <w:szCs w:val="22"/>
        </w:rPr>
        <w:tab/>
      </w:r>
      <w:r w:rsidRPr="002D2913">
        <w:rPr>
          <w:color w:val="0D0D0D"/>
          <w:sz w:val="22"/>
          <w:szCs w:val="22"/>
        </w:rPr>
        <w:tab/>
      </w:r>
      <w:r w:rsidRPr="002D2913">
        <w:rPr>
          <w:color w:val="0D0D0D"/>
          <w:sz w:val="22"/>
          <w:szCs w:val="22"/>
        </w:rPr>
        <w:tab/>
      </w:r>
      <w:r w:rsidRPr="002D2913">
        <w:rPr>
          <w:color w:val="0D0D0D"/>
          <w:sz w:val="22"/>
          <w:szCs w:val="22"/>
        </w:rPr>
        <w:tab/>
      </w:r>
      <w:r w:rsidRPr="002D2913">
        <w:rPr>
          <w:color w:val="0D0D0D"/>
          <w:sz w:val="22"/>
          <w:szCs w:val="22"/>
        </w:rPr>
        <w:tab/>
      </w:r>
      <w:r w:rsidRPr="002D2913">
        <w:rPr>
          <w:color w:val="0D0D0D"/>
          <w:sz w:val="22"/>
          <w:szCs w:val="22"/>
        </w:rPr>
        <w:tab/>
      </w:r>
      <w:r w:rsidR="00124615" w:rsidRPr="002D2913">
        <w:rPr>
          <w:color w:val="0D0D0D"/>
          <w:sz w:val="22"/>
          <w:szCs w:val="22"/>
        </w:rPr>
        <w:t>Makine İkmal, Bakım ve Onarım Müdürlüğü</w:t>
      </w:r>
    </w:p>
    <w:sectPr w:rsidR="00CE6773" w:rsidRPr="002D2913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4CE0ABF"/>
    <w:multiLevelType w:val="multilevel"/>
    <w:tmpl w:val="CDF6D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1C7F38"/>
    <w:multiLevelType w:val="hybridMultilevel"/>
    <w:tmpl w:val="4E965AA2"/>
    <w:lvl w:ilvl="0" w:tplc="869CB910">
      <w:start w:val="1"/>
      <w:numFmt w:val="decimal"/>
      <w:lvlText w:val="%1-"/>
      <w:lvlJc w:val="left"/>
      <w:pPr>
        <w:ind w:left="502" w:hanging="360"/>
      </w:pPr>
      <w:rPr>
        <w:rFonts w:ascii="Times New Roman" w:hAnsi="Times New Roman" w:cstheme="minorBidi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DFA5C15"/>
    <w:multiLevelType w:val="multilevel"/>
    <w:tmpl w:val="987E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4B788F"/>
    <w:multiLevelType w:val="multilevel"/>
    <w:tmpl w:val="BF2EC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0F6BDB"/>
    <w:multiLevelType w:val="multilevel"/>
    <w:tmpl w:val="F6387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3"/>
  </w:num>
  <w:num w:numId="12">
    <w:abstractNumId w:val="11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24615"/>
    <w:rsid w:val="0015074B"/>
    <w:rsid w:val="0029639D"/>
    <w:rsid w:val="002D2913"/>
    <w:rsid w:val="00326F90"/>
    <w:rsid w:val="003775F6"/>
    <w:rsid w:val="003F23F0"/>
    <w:rsid w:val="004611F4"/>
    <w:rsid w:val="00482AF4"/>
    <w:rsid w:val="006B09E9"/>
    <w:rsid w:val="00AA1D8D"/>
    <w:rsid w:val="00B47730"/>
    <w:rsid w:val="00CB0664"/>
    <w:rsid w:val="00CC370E"/>
    <w:rsid w:val="00CE6773"/>
    <w:rsid w:val="00E7654F"/>
    <w:rsid w:val="00E967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C99FD3"/>
  <w14:defaultImageDpi w14:val="300"/>
  <w15:docId w15:val="{A64DD96B-5C07-4C50-9328-5C1A487BF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CC370E"/>
    <w:pPr>
      <w:widowControl w:val="0"/>
      <w:autoSpaceDE w:val="0"/>
      <w:autoSpaceDN w:val="0"/>
      <w:spacing w:after="0" w:line="229" w:lineRule="exact"/>
      <w:ind w:left="16"/>
      <w:jc w:val="center"/>
    </w:pPr>
    <w:rPr>
      <w:rFonts w:eastAsia="Times New Roman" w:cs="Times New Roman"/>
      <w:sz w:val="22"/>
      <w:lang w:val="tr-TR"/>
    </w:rPr>
  </w:style>
  <w:style w:type="paragraph" w:customStyle="1" w:styleId="x1yc453h">
    <w:name w:val="x1yc453h"/>
    <w:basedOn w:val="Normal"/>
    <w:rsid w:val="004611F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C580C9-2715-4CA5-837D-BDC58BB90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Ferda ARI</cp:lastModifiedBy>
  <cp:revision>8</cp:revision>
  <dcterms:created xsi:type="dcterms:W3CDTF">2013-12-23T23:15:00Z</dcterms:created>
  <dcterms:modified xsi:type="dcterms:W3CDTF">2026-09-18T06:47:00Z</dcterms:modified>
  <cp:category/>
</cp:coreProperties>
</file>